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7159" w14:textId="00026C54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color w:val="000000"/>
          <w:sz w:val="18"/>
          <w:szCs w:val="18"/>
          <w:lang w:val="pl-PL" w:eastAsia="pl-PL"/>
        </w:rPr>
        <w:t xml:space="preserve">Załącznik nr 2 do </w:t>
      </w: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1F102280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</w:pPr>
      <w:bookmarkStart w:id="0" w:name="_Hlk143082047"/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Ministra Rodziny, Pracy i Polityki Społecznej</w:t>
      </w:r>
    </w:p>
    <w:bookmarkEnd w:id="0"/>
    <w:p w14:paraId="490840B2" w14:textId="77777777" w:rsidR="003B52A7" w:rsidRPr="000516A1" w:rsidRDefault="003B52A7" w:rsidP="003B52A7">
      <w:pPr>
        <w:tabs>
          <w:tab w:val="left" w:pos="5760"/>
        </w:tabs>
        <w:spacing w:after="0" w:line="276" w:lineRule="auto"/>
        <w:ind w:left="6378"/>
        <w:rPr>
          <w:rFonts w:asciiTheme="majorHAnsi" w:eastAsia="Times New Roman" w:hAnsiTheme="majorHAnsi" w:cstheme="majorHAnsi"/>
          <w:i/>
          <w:iCs/>
          <w:color w:val="000000"/>
          <w:sz w:val="18"/>
          <w:szCs w:val="18"/>
          <w:lang w:val="pl-PL" w:eastAsia="pl-PL"/>
        </w:rPr>
      </w:pPr>
      <w:r w:rsidRPr="000516A1">
        <w:rPr>
          <w:rFonts w:asciiTheme="majorHAnsi" w:eastAsia="Times New Roman" w:hAnsiTheme="majorHAnsi" w:cstheme="majorHAnsi"/>
          <w:iCs/>
          <w:color w:val="000000"/>
          <w:sz w:val="18"/>
          <w:szCs w:val="18"/>
          <w:lang w:val="pl-PL" w:eastAsia="pl-PL"/>
        </w:rPr>
        <w:t>„Asystent osobisty osoby z niepełnosprawnością” dla Jednostek Samorządu Terytorialnego - edycja 2027</w:t>
      </w:r>
    </w:p>
    <w:p w14:paraId="29594D64" w14:textId="70F580DE" w:rsidR="003B52A7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i/>
          <w:sz w:val="24"/>
          <w:szCs w:val="20"/>
          <w:lang w:val="pl-PL"/>
        </w:rPr>
      </w:pPr>
      <w:r w:rsidRPr="000516A1">
        <w:rPr>
          <w:rFonts w:asciiTheme="majorHAnsi" w:eastAsiaTheme="minorHAnsi" w:hAnsiTheme="majorHAnsi" w:cstheme="majorHAnsi"/>
          <w:i/>
          <w:sz w:val="24"/>
          <w:szCs w:val="20"/>
          <w:lang w:val="pl-PL"/>
        </w:rPr>
        <w:t xml:space="preserve">WZÓR </w:t>
      </w:r>
    </w:p>
    <w:p w14:paraId="7F19F529" w14:textId="30E8C3F4" w:rsidR="00CD12B9" w:rsidRPr="000516A1" w:rsidRDefault="003B52A7" w:rsidP="003B52A7">
      <w:pPr>
        <w:spacing w:after="160" w:line="259" w:lineRule="auto"/>
        <w:jc w:val="center"/>
        <w:rPr>
          <w:rFonts w:asciiTheme="majorHAnsi" w:eastAsiaTheme="min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Kart</w:t>
      </w:r>
      <w:r w:rsidR="003052A7"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>a</w:t>
      </w:r>
      <w:r w:rsidRPr="000516A1">
        <w:rPr>
          <w:rFonts w:asciiTheme="majorHAnsi" w:eastAsiaTheme="minorHAnsi" w:hAnsiTheme="majorHAnsi" w:cstheme="majorHAnsi"/>
          <w:b/>
          <w:sz w:val="24"/>
          <w:szCs w:val="24"/>
          <w:lang w:val="pl-PL"/>
        </w:rPr>
        <w:t xml:space="preserve"> oceny indywidualnej sytuacji osoby z niepełnosprawnością do Programu „Asystent osobisty osoby z niepełnosprawnością” dla Jednostek Samorządu Terytorialnego - edycja 2027</w:t>
      </w:r>
    </w:p>
    <w:p w14:paraId="6CB233B1" w14:textId="165DB570" w:rsidR="009F3AE3" w:rsidRPr="000516A1" w:rsidRDefault="009F3AE3" w:rsidP="002C4A33">
      <w:pPr>
        <w:spacing w:line="360" w:lineRule="auto"/>
        <w:rPr>
          <w:rFonts w:asciiTheme="majorHAnsi" w:hAnsiTheme="majorHAnsi" w:cstheme="majorHAnsi"/>
          <w:i/>
          <w:sz w:val="21"/>
          <w:szCs w:val="21"/>
          <w:lang w:val="pl-PL"/>
        </w:rPr>
      </w:pPr>
      <w:r w:rsidRPr="000516A1">
        <w:rPr>
          <w:rFonts w:asciiTheme="majorHAnsi" w:hAnsiTheme="majorHAnsi" w:cstheme="majorHAnsi"/>
          <w:b/>
          <w:i/>
          <w:sz w:val="21"/>
          <w:szCs w:val="21"/>
          <w:lang w:val="pl-PL"/>
        </w:rPr>
        <w:t xml:space="preserve">Uwaga: </w:t>
      </w:r>
      <w:r w:rsidRPr="000516A1">
        <w:rPr>
          <w:rFonts w:asciiTheme="majorHAnsi" w:hAnsiTheme="majorHAnsi" w:cs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 w14:paraId="44CCD71D" w14:textId="254262AE" w:rsidR="003B52A7" w:rsidRPr="000516A1" w:rsidRDefault="00AD54CC" w:rsidP="002C4A33">
      <w:pPr>
        <w:rPr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DANE 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OSOBY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WNIOSKUJĄCE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J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 UDZIAŁ W PROGRAMIE „ASYSTENT OSOBISTY OSOBY Z NIEPEŁNOSPRAWNOŚCIĄ” DLA JEDNOSTEK SAMORZĄDU TERYTORIALNEGO - EDYCJA 2027, ZWANEGO DALEJ „PROGRAMEM”:</w:t>
      </w:r>
      <w:r w:rsidRPr="000516A1">
        <w:rPr>
          <w:rFonts w:asciiTheme="majorHAnsi" w:hAnsiTheme="majorHAnsi" w:cstheme="majorHAnsi"/>
          <w:lang w:val="pl-PL"/>
        </w:rPr>
        <w:t xml:space="preserve"> </w:t>
      </w:r>
    </w:p>
    <w:p w14:paraId="22D6BB91" w14:textId="1CEE77DA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1.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…………………………………………...................................................………….......………………………………….</w:t>
      </w:r>
    </w:p>
    <w:p w14:paraId="7DD4ED34" w14:textId="62BCFD13" w:rsidR="00AD54CC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2.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Data urodzenia: …………………………….…...................…….................………...............................................………………..</w:t>
      </w:r>
    </w:p>
    <w:p w14:paraId="576408E1" w14:textId="61825237" w:rsidR="00CD12B9" w:rsidRPr="000516A1" w:rsidRDefault="00AD54CC" w:rsidP="00AD54CC">
      <w:pPr>
        <w:pStyle w:val="Default"/>
        <w:spacing w:after="170"/>
        <w:ind w:left="426" w:hanging="426"/>
        <w:rPr>
          <w:rFonts w:asciiTheme="majorHAnsi" w:hAnsiTheme="majorHAnsi" w:cstheme="majorHAnsi"/>
          <w:color w:val="auto"/>
          <w:sz w:val="22"/>
          <w:szCs w:val="22"/>
        </w:rPr>
      </w:pPr>
      <w:r w:rsidRPr="000516A1">
        <w:rPr>
          <w:rFonts w:asciiTheme="majorHAnsi" w:hAnsiTheme="majorHAnsi" w:cstheme="majorHAnsi"/>
          <w:color w:val="auto"/>
          <w:sz w:val="22"/>
          <w:szCs w:val="22"/>
        </w:rPr>
        <w:t>3.</w:t>
      </w:r>
      <w:r w:rsidRPr="000516A1">
        <w:rPr>
          <w:rFonts w:asciiTheme="majorHAnsi" w:hAnsiTheme="majorHAnsi" w:cstheme="majorHAnsi"/>
          <w:color w:val="auto"/>
          <w:sz w:val="22"/>
          <w:szCs w:val="22"/>
        </w:rPr>
        <w:tab/>
        <w:t>Adres zamieszkania: …………………………….…...................…….................………...............................................………….</w:t>
      </w:r>
    </w:p>
    <w:p w14:paraId="71A1EFE1" w14:textId="0B7D1487" w:rsidR="00AD54CC" w:rsidRPr="000516A1" w:rsidRDefault="00AD54CC" w:rsidP="00AD54CC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II. SPOSÓB PRZEPROWADZ</w:t>
      </w:r>
      <w:r w:rsidR="009567C1" w:rsidRPr="000516A1">
        <w:rPr>
          <w:rFonts w:asciiTheme="majorHAnsi" w:hAnsiTheme="majorHAnsi" w:cstheme="majorHAnsi"/>
          <w:b/>
          <w:sz w:val="24"/>
          <w:szCs w:val="24"/>
          <w:lang w:val="pl-PL"/>
        </w:rPr>
        <w:t>E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NIA OCENY:</w:t>
      </w:r>
    </w:p>
    <w:p w14:paraId="33B578C1" w14:textId="6B1E9C19" w:rsidR="00CD12B9" w:rsidRPr="000516A1" w:rsidRDefault="00AD54CC" w:rsidP="002C4A33">
      <w:pPr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1.</w:t>
      </w:r>
      <w:r w:rsidRPr="000516A1">
        <w:rPr>
          <w:rFonts w:asciiTheme="majorHAnsi" w:hAnsiTheme="majorHAnsi" w:cstheme="majorHAnsi"/>
          <w:sz w:val="22"/>
          <w:lang w:val="pl-PL"/>
        </w:rPr>
        <w:tab/>
      </w:r>
      <w:r w:rsidRPr="000516A1">
        <w:rPr>
          <w:rFonts w:asciiTheme="majorHAnsi" w:hAnsiTheme="majorHAnsi" w:cstheme="majorHAnsi"/>
          <w:bCs/>
          <w:sz w:val="22"/>
          <w:lang w:val="pl-PL"/>
        </w:rPr>
        <w:t>Oceny dokonano na podstawie:</w:t>
      </w:r>
    </w:p>
    <w:p w14:paraId="53E655DC" w14:textId="06586D81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K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arty zgłoszenia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 Programu</w:t>
      </w:r>
    </w:p>
    <w:p w14:paraId="67DFE49C" w14:textId="22194B40" w:rsidR="002207BB" w:rsidRPr="000516A1" w:rsidRDefault="00AD54CC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dokumentacji </w:t>
      </w:r>
      <w:r w:rsidR="002207BB" w:rsidRPr="003D52E0">
        <w:rPr>
          <w:rFonts w:asciiTheme="majorHAnsi" w:eastAsiaTheme="minorHAnsi" w:hAnsiTheme="majorHAnsi" w:cstheme="majorHAnsi"/>
          <w:sz w:val="22"/>
          <w:lang w:val="pl-PL"/>
        </w:rPr>
        <w:t>przedłożonej przez osobę z niepełnosprawnością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 xml:space="preserve"> (opiekuna prawnego)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</w:p>
    <w:p w14:paraId="1312ECDF" w14:textId="6F85A86C" w:rsidR="00AD54CC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F2677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BAF6E7A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342E056E" w14:textId="77777777" w:rsidR="00B23A3B" w:rsidRPr="000516A1" w:rsidRDefault="00B23A3B" w:rsidP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B11D09" w14:textId="6CA0E99A" w:rsidR="00B23A3B" w:rsidRPr="000516A1" w:rsidRDefault="00B23A3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56C600" w14:textId="142A3718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dokumentacji znajdującej się w posiadaniu </w:t>
      </w:r>
      <w:r w:rsidR="000E3BB2">
        <w:rPr>
          <w:rFonts w:asciiTheme="majorHAnsi" w:eastAsiaTheme="minorHAnsi" w:hAnsiTheme="majorHAnsi" w:cstheme="majorHAnsi"/>
          <w:sz w:val="22"/>
          <w:lang w:val="pl-PL"/>
        </w:rPr>
        <w:t>realizatora Programu:</w:t>
      </w:r>
    </w:p>
    <w:p w14:paraId="21F6D507" w14:textId="424F2244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0516A1">
        <w:rPr>
          <w:rFonts w:asciiTheme="majorHAnsi" w:eastAsiaTheme="minorHAnsi" w:hAnsiTheme="majorHAnsi" w:cstheme="majorHAnsi"/>
          <w:i/>
          <w:iCs/>
          <w:sz w:val="22"/>
          <w:lang w:val="pl-PL"/>
        </w:rPr>
        <w:t>proszę wskazać jakiej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5573E05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……..................................................................................................................................................................................</w:t>
      </w:r>
    </w:p>
    <w:p w14:paraId="4EF2FC70" w14:textId="77777777" w:rsidR="002207BB" w:rsidRPr="000516A1" w:rsidRDefault="002207BB" w:rsidP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EB15A" w14:textId="11339D37" w:rsidR="002207BB" w:rsidRPr="000516A1" w:rsidRDefault="002207BB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068C943" w14:textId="646F6FB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rozmowy z osobą z niepełnosprawnością lub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jej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opiekunem prawnym</w:t>
      </w:r>
    </w:p>
    <w:p w14:paraId="6EFDDB77" w14:textId="2EF3A125" w:rsidR="00CD12B9" w:rsidRPr="000516A1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informacji uzyskanych podczas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wizyty w miejscu zamieszkania</w:t>
      </w:r>
      <w:r w:rsidR="002207BB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osoby z niepełnosprawnością</w:t>
      </w:r>
    </w:p>
    <w:p w14:paraId="327DD70D" w14:textId="0EF307DB" w:rsidR="000E3BB2" w:rsidRDefault="001800F0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innych 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źródeł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:</w:t>
      </w:r>
      <w:r w:rsidR="00761B0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</w:p>
    <w:p w14:paraId="16509CA0" w14:textId="2AA972D5" w:rsidR="000E3BB2" w:rsidRPr="005536CE" w:rsidRDefault="000E3BB2">
      <w:pPr>
        <w:rPr>
          <w:rFonts w:asciiTheme="majorHAnsi" w:eastAsiaTheme="minorHAnsi" w:hAnsiTheme="majorHAnsi" w:cstheme="majorHAnsi"/>
          <w:i/>
          <w:iCs/>
          <w:sz w:val="22"/>
          <w:lang w:val="pl-PL"/>
        </w:rPr>
      </w:pP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(proszę wskazać jaki</w:t>
      </w:r>
      <w:r>
        <w:rPr>
          <w:rFonts w:asciiTheme="majorHAnsi" w:eastAsiaTheme="minorHAnsi" w:hAnsiTheme="majorHAnsi" w:cstheme="majorHAnsi"/>
          <w:i/>
          <w:iCs/>
          <w:sz w:val="22"/>
          <w:lang w:val="pl-PL"/>
        </w:rPr>
        <w:t>ch</w:t>
      </w:r>
      <w:r w:rsidRPr="005536CE">
        <w:rPr>
          <w:rFonts w:asciiTheme="majorHAnsi" w:eastAsiaTheme="minorHAnsi" w:hAnsiTheme="majorHAnsi" w:cstheme="majorHAnsi"/>
          <w:i/>
          <w:iCs/>
          <w:sz w:val="22"/>
          <w:lang w:val="pl-PL"/>
        </w:rPr>
        <w:t>)</w:t>
      </w:r>
    </w:p>
    <w:p w14:paraId="1BD9530D" w14:textId="20AFE0D2" w:rsidR="00CD12B9" w:rsidRPr="000516A1" w:rsidRDefault="00761B04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.......................................................................................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.............................................................</w:t>
      </w:r>
      <w:r w:rsidR="001800F0"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AD54CC" w:rsidRPr="000516A1">
        <w:rPr>
          <w:rFonts w:asciiTheme="majorHAnsi" w:eastAsiaTheme="minorHAnsi" w:hAnsiTheme="majorHAnsi" w:cstheme="majorHAnsi"/>
          <w:sz w:val="22"/>
          <w:lang w:val="pl-PL"/>
        </w:rPr>
        <w:t>......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.......................</w:t>
      </w:r>
    </w:p>
    <w:p w14:paraId="0DF24036" w14:textId="61453B04" w:rsidR="00AD54CC" w:rsidRPr="000516A1" w:rsidRDefault="00AD54CC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C6D78" w14:textId="019A148A" w:rsidR="00D03A5E" w:rsidRPr="000516A1" w:rsidRDefault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A4D1EF" w14:textId="77777777" w:rsidR="00802740" w:rsidRDefault="00802740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</w:p>
    <w:p w14:paraId="4B64DE98" w14:textId="4ADCBF54" w:rsidR="00CE187A" w:rsidRPr="000516A1" w:rsidRDefault="002517B8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 xml:space="preserve">Opis przebiegu oceny: </w:t>
      </w:r>
    </w:p>
    <w:p w14:paraId="51A65E7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2A809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7552F0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FB89C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E20AF6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B4D85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9AC1A" w14:textId="77777777" w:rsidR="002517B8" w:rsidRPr="000516A1" w:rsidRDefault="002517B8" w:rsidP="002517B8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53E612" w14:textId="2076023E" w:rsidR="00CD12B9" w:rsidRPr="000516A1" w:rsidRDefault="002517B8" w:rsidP="003B52A7">
      <w:pPr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I. </w:t>
      </w:r>
      <w:r w:rsidR="00C64D84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POTRZEB </w:t>
      </w:r>
      <w:r w:rsidR="00535676" w:rsidRPr="000516A1">
        <w:rPr>
          <w:rFonts w:asciiTheme="majorHAnsi" w:hAnsiTheme="majorHAnsi" w:cstheme="majorHAnsi"/>
          <w:b/>
          <w:sz w:val="24"/>
          <w:szCs w:val="24"/>
          <w:lang w:val="pl-PL"/>
        </w:rPr>
        <w:t>OSOBY Z NIEPEŁNOSPRAWNOŚCIĄ WYMAGAJĄCEJ WSPARCIA ASYSTENTA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787E8AF6" w14:textId="6A40CA0E" w:rsidR="002517B8" w:rsidRPr="005536CE" w:rsidRDefault="002517B8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Dla każdego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poniższych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obszar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ów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należy określić poziom potrzeby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630C7D" w:rsidRPr="005536CE">
        <w:rPr>
          <w:rFonts w:asciiTheme="majorHAnsi" w:hAnsiTheme="majorHAnsi" w:cstheme="majorHAnsi"/>
          <w:i/>
          <w:iCs/>
          <w:sz w:val="22"/>
          <w:szCs w:val="22"/>
        </w:rPr>
        <w:t>osoby wnioskującej</w:t>
      </w:r>
      <w:r w:rsidR="00E9363D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 o udział w Programie</w:t>
      </w:r>
      <w:r w:rsidR="00D03A5E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70EAC33D" w14:textId="41206732" w:rsidR="007E7A35" w:rsidRPr="005536CE" w:rsidRDefault="00DE7B42" w:rsidP="00C64D84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Przy dokonywaniu oceny należy uwzględnić zakres i częstotliwość potrzebnego wsparcia asystenta w danym obszarze. Ocenie podlegają potrzeby wsparcia pozostające w związku z niepełnosprawnością osoby wnioskującej o udział w Programie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W przypadku np. dzieci należy brać pod uwagę wyłącznie potrzeby wsparcia </w:t>
      </w:r>
      <w:r w:rsidR="00E45E2B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wynikające z ich niepełnosprawności,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>wykraczające poza zakres pomocy właściwy dla dziecka w porównywalnym wieku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. </w:t>
      </w:r>
    </w:p>
    <w:p w14:paraId="78E9ED11" w14:textId="28200EF6" w:rsidR="00C64D84" w:rsidRPr="005536CE" w:rsidRDefault="00B531F6" w:rsidP="00F26771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>Ocenę należy przeprowadzić z zastosowaniem następującej skali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>:</w:t>
      </w:r>
    </w:p>
    <w:p w14:paraId="6C9C3E99" w14:textId="6280E503" w:rsidR="00C64D84" w:rsidRPr="005536CE" w:rsidRDefault="00C64D84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brak potrzeby wsparcia (0 pkt) - </w:t>
      </w:r>
      <w:r w:rsidR="000516A1" w:rsidRPr="005536CE">
        <w:rPr>
          <w:rFonts w:asciiTheme="majorHAnsi" w:hAnsiTheme="majorHAnsi" w:cstheme="majorHAnsi"/>
          <w:i/>
          <w:iCs/>
          <w:sz w:val="22"/>
          <w:szCs w:val="22"/>
        </w:rPr>
        <w:t>osoba nie potrzebuje wsparcia asystenta w danym obszarze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11A7236" w14:textId="7ACF2F32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umiarkowana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(1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niektórych czynnościach, okresowo lub w określonych sytuacjach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;</w:t>
      </w:r>
    </w:p>
    <w:p w14:paraId="4316790C" w14:textId="19DE6F5D" w:rsidR="00C64D84" w:rsidRPr="005536CE" w:rsidRDefault="000516A1" w:rsidP="00F26771">
      <w:pPr>
        <w:pStyle w:val="NormalnyWeb"/>
        <w:numPr>
          <w:ilvl w:val="0"/>
          <w:numId w:val="22"/>
        </w:numPr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wysoka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potrzeba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wsparcia </w:t>
      </w:r>
      <w:r w:rsidR="00C64D84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(2 pkt) -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wsparcie jest potrzebne przy wielu czynnościach, często lub regularnie</w:t>
      </w:r>
      <w:r w:rsidR="00B531F6" w:rsidRPr="005536C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BDF1E2F" w14:textId="22C6B487" w:rsidR="002517B8" w:rsidRPr="003D52E0" w:rsidRDefault="002517B8" w:rsidP="002C4A33">
      <w:pPr>
        <w:spacing w:before="24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1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>Czynności samoobsługowe, w tym utrzymanie higieny osobistej</w:t>
      </w:r>
      <w:r w:rsidR="00E40248" w:rsidRPr="000516A1" w:rsidDel="00E40248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8AD80DC" w14:textId="0961E0C7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bookmarkStart w:id="1" w:name="_Hlk237964782"/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 xml:space="preserve"> (0 pkt)</w:t>
      </w:r>
    </w:p>
    <w:p w14:paraId="5335470C" w14:textId="269D46A1" w:rsidR="001728C8" w:rsidRPr="000516A1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umiarkowana potrzeba wsparcia </w:t>
      </w:r>
      <w:r w:rsidR="00B6776F"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3DF36A01" w14:textId="182DE579" w:rsidR="001728C8" w:rsidRPr="003D52E0" w:rsidRDefault="001728C8" w:rsidP="001728C8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F2677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bookmarkEnd w:id="1"/>
    <w:p w14:paraId="387C0B5B" w14:textId="0325B94E" w:rsidR="00CE5086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3F1EE2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>: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="002517B8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CE5086"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</w:t>
      </w:r>
    </w:p>
    <w:p w14:paraId="0364ED20" w14:textId="65B9ECDB" w:rsidR="002517B8" w:rsidRPr="000516A1" w:rsidRDefault="003F1EE2" w:rsidP="005536CE">
      <w:pPr>
        <w:spacing w:before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2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5E2B" w:rsidRPr="00E45E2B">
        <w:rPr>
          <w:rFonts w:asciiTheme="majorHAnsi" w:hAnsiTheme="majorHAnsi" w:cstheme="majorHAnsi"/>
          <w:bCs/>
          <w:sz w:val="22"/>
          <w:lang w:val="pl-PL"/>
        </w:rPr>
        <w:t>Wykonywanie codziennych czynności związanych z funkcjonowaniem w domu i rodzinie</w:t>
      </w:r>
    </w:p>
    <w:p w14:paraId="60229502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9BB4EAF" w14:textId="28C06BAC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="000516A1" w:rsidRPr="003D52E0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0516A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11C66B11" w14:textId="78EF5E5A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0516A1"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04061657" w14:textId="74A4F3F3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6DE61F" w14:textId="7E741A9F" w:rsidR="002517B8" w:rsidRPr="000516A1" w:rsidRDefault="003F1EE2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lastRenderedPageBreak/>
        <w:t>3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="002517B8" w:rsidRPr="000516A1">
        <w:rPr>
          <w:rFonts w:asciiTheme="majorHAnsi" w:hAnsiTheme="majorHAnsi" w:cstheme="majorHAnsi"/>
          <w:bCs/>
          <w:sz w:val="22"/>
          <w:lang w:val="pl-PL"/>
        </w:rPr>
        <w:tab/>
        <w:t>Przemieszczanie się</w:t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 poza miejscem zamieszkania</w:t>
      </w:r>
    </w:p>
    <w:p w14:paraId="016FA57A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2BFC0DF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7FB1C04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7C35320D" w14:textId="77C32405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011D9" w14:textId="5E6331FF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4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CB5637" w:rsidRPr="000516A1">
        <w:rPr>
          <w:rFonts w:asciiTheme="majorHAnsi" w:hAnsiTheme="majorHAnsi" w:cstheme="majorHAnsi"/>
          <w:bCs/>
          <w:sz w:val="22"/>
          <w:lang w:val="pl-PL"/>
        </w:rPr>
        <w:t>Komunikowanie się z innymi osobami, w tym wyrażanie swoich potrzeb oraz rozumienie i przekazywanie informacji</w:t>
      </w:r>
    </w:p>
    <w:p w14:paraId="7612A7D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1C616B11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605520D3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11C592E2" w14:textId="572A118F" w:rsidR="003F1EE2" w:rsidRPr="000516A1" w:rsidRDefault="003F1EE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2009B" w14:textId="0849A8BA" w:rsidR="002517B8" w:rsidRPr="000516A1" w:rsidRDefault="002517B8" w:rsidP="005536CE">
      <w:pPr>
        <w:spacing w:before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5</w:t>
      </w:r>
      <w:r w:rsidR="003C4D21" w:rsidRPr="000516A1">
        <w:rPr>
          <w:rFonts w:asciiTheme="majorHAnsi" w:hAnsiTheme="majorHAnsi" w:cstheme="majorHAnsi"/>
          <w:bCs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40248" w:rsidRPr="000516A1">
        <w:rPr>
          <w:rFonts w:asciiTheme="majorHAnsi" w:hAnsiTheme="majorHAnsi" w:cstheme="majorHAnsi"/>
          <w:bCs/>
          <w:sz w:val="22"/>
          <w:lang w:val="pl-PL"/>
        </w:rPr>
        <w:t xml:space="preserve">Uczestnictwo w życiu społecznym </w:t>
      </w:r>
      <w:r w:rsidR="00102496">
        <w:rPr>
          <w:rFonts w:asciiTheme="majorHAnsi" w:hAnsiTheme="majorHAnsi" w:cstheme="majorHAnsi"/>
          <w:bCs/>
          <w:sz w:val="22"/>
          <w:lang w:val="pl-PL"/>
        </w:rPr>
        <w:t>(np.</w:t>
      </w:r>
      <w:r w:rsidR="00B531F6" w:rsidRPr="003D52E0">
        <w:rPr>
          <w:rFonts w:asciiTheme="majorHAnsi" w:hAnsiTheme="majorHAnsi" w:cstheme="majorHAnsi"/>
          <w:bCs/>
          <w:sz w:val="22"/>
          <w:lang w:val="pl-PL"/>
        </w:rPr>
        <w:t xml:space="preserve"> podejmowanie aktywności społecznej, edukacyjnej, zawodowej lub kulturalnej</w:t>
      </w:r>
      <w:r w:rsidR="00102496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0554FBF" w14:textId="77777777" w:rsidR="003F1EE2" w:rsidRPr="000516A1" w:rsidRDefault="003F1EE2" w:rsidP="003F1EE2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="Segoe UI Symbol" w:hAnsi="Segoe UI Symbol" w:cs="Segoe UI Symbol"/>
          <w:b/>
          <w:sz w:val="22"/>
          <w:lang w:val="pl-PL"/>
        </w:rPr>
        <w:t>☐</w:t>
      </w:r>
      <w:r w:rsidRPr="000516A1">
        <w:rPr>
          <w:rFonts w:asciiTheme="majorHAnsi" w:hAnsiTheme="majorHAnsi" w:cstheme="majorHAnsi"/>
          <w:bCs/>
          <w:sz w:val="22"/>
          <w:lang w:val="pl-PL"/>
        </w:rPr>
        <w:t xml:space="preserve"> brak potrzeby wsparcia (0 pkt)</w:t>
      </w:r>
    </w:p>
    <w:p w14:paraId="05E14ACF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>umiarkowana potrzeba wsparcia</w:t>
      </w:r>
      <w:r w:rsidRPr="005C4CD1" w:rsidDel="000516A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bCs/>
          <w:sz w:val="22"/>
          <w:lang w:val="pl-PL"/>
        </w:rPr>
        <w:t>(1 pkt)</w:t>
      </w:r>
    </w:p>
    <w:p w14:paraId="2EFF87F2" w14:textId="77777777" w:rsidR="000516A1" w:rsidRPr="005C4CD1" w:rsidRDefault="000516A1" w:rsidP="000516A1">
      <w:pPr>
        <w:rPr>
          <w:rFonts w:asciiTheme="majorHAnsi" w:hAnsiTheme="majorHAnsi" w:cstheme="majorHAnsi"/>
          <w:bCs/>
          <w:sz w:val="22"/>
          <w:lang w:val="pl-PL"/>
        </w:rPr>
      </w:pPr>
      <w:r w:rsidRPr="005C4CD1">
        <w:rPr>
          <w:rFonts w:ascii="Segoe UI Symbol" w:hAnsi="Segoe UI Symbol" w:cs="Segoe UI Symbol"/>
          <w:b/>
          <w:sz w:val="22"/>
          <w:lang w:val="pl-PL"/>
        </w:rPr>
        <w:t>☐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Pr="005C4CD1">
        <w:rPr>
          <w:rFonts w:asciiTheme="majorHAnsi" w:hAnsiTheme="majorHAnsi" w:cstheme="majorHAnsi"/>
          <w:sz w:val="22"/>
          <w:lang w:val="pl-PL"/>
        </w:rPr>
        <w:t xml:space="preserve">wysoka potrzeba wsparcia </w:t>
      </w:r>
      <w:r w:rsidRPr="005C4CD1">
        <w:rPr>
          <w:rFonts w:asciiTheme="majorHAnsi" w:hAnsiTheme="majorHAnsi" w:cstheme="majorHAnsi"/>
          <w:bCs/>
          <w:sz w:val="22"/>
          <w:lang w:val="pl-PL"/>
        </w:rPr>
        <w:t xml:space="preserve">(2 pkt) </w:t>
      </w:r>
    </w:p>
    <w:p w14:paraId="42EDB57E" w14:textId="4A30D23B" w:rsidR="003F1EE2" w:rsidRPr="000516A1" w:rsidRDefault="003F1EE2" w:rsidP="003F1EE2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D1613" w14:textId="439E42CA" w:rsidR="00B6776F" w:rsidRPr="000516A1" w:rsidRDefault="00E40248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Łączna liczba punktów uzyskanych w</w:t>
      </w:r>
      <w:r w:rsidRPr="000516A1" w:rsidDel="00E40248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III: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/10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3930A07A" w14:textId="1EFCDFFF" w:rsidR="00D03A5E" w:rsidRPr="000516A1" w:rsidRDefault="00D03A5E" w:rsidP="00D03A5E">
      <w:pPr>
        <w:spacing w:before="24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. 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OCENA 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POZIOM</w:t>
      </w:r>
      <w:r w:rsidR="00967F08" w:rsidRPr="000516A1">
        <w:rPr>
          <w:rFonts w:asciiTheme="majorHAnsi" w:hAnsiTheme="majorHAnsi" w:cstheme="majorHAnsi"/>
          <w:b/>
          <w:sz w:val="24"/>
          <w:szCs w:val="24"/>
          <w:lang w:val="pl-PL"/>
        </w:rPr>
        <w:t>U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SAMODZIELNOŚCI</w:t>
      </w:r>
      <w:r w:rsidR="007F52AD" w:rsidRPr="000516A1">
        <w:rPr>
          <w:rFonts w:asciiTheme="majorHAnsi" w:hAnsiTheme="majorHAnsi" w:cstheme="majorHAnsi"/>
          <w:b/>
          <w:sz w:val="24"/>
          <w:szCs w:val="24"/>
          <w:lang w:val="pl-PL"/>
        </w:rPr>
        <w:t xml:space="preserve"> OSOBY Z NIEPEŁNOSPRAWNOŚCIĄ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:</w:t>
      </w:r>
    </w:p>
    <w:p w14:paraId="363B362A" w14:textId="5243F693" w:rsidR="00967F08" w:rsidRPr="005536CE" w:rsidRDefault="00553B07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bCs/>
          <w:i/>
          <w:iCs/>
          <w:sz w:val="22"/>
        </w:rPr>
      </w:pPr>
      <w:r w:rsidRPr="005536CE">
        <w:rPr>
          <w:rFonts w:asciiTheme="majorHAnsi" w:hAnsiTheme="majorHAnsi" w:cs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</w:t>
      </w:r>
      <w:r w:rsidR="00E9363D" w:rsidRPr="005536CE">
        <w:rPr>
          <w:rFonts w:asciiTheme="majorHAnsi" w:hAnsiTheme="majorHAnsi" w:cstheme="majorHAnsi"/>
          <w:bCs/>
          <w:i/>
          <w:iCs/>
          <w:sz w:val="22"/>
        </w:rPr>
        <w:t>.</w:t>
      </w:r>
    </w:p>
    <w:p w14:paraId="653E8A1C" w14:textId="63171D8C" w:rsidR="00AA5214" w:rsidRPr="005536CE" w:rsidRDefault="00AA5214" w:rsidP="00967F08">
      <w:pPr>
        <w:pStyle w:val="NormalnyWeb"/>
        <w:spacing w:before="120" w:beforeAutospacing="0" w:after="120" w:afterAutospacing="0"/>
        <w:rPr>
          <w:rFonts w:asciiTheme="majorHAnsi" w:hAnsiTheme="majorHAnsi" w:cstheme="majorHAnsi"/>
          <w:i/>
          <w:iCs/>
          <w:sz w:val="22"/>
          <w:szCs w:val="22"/>
        </w:rPr>
      </w:pP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Przy ocenie poziomu samodzielności należy brać pod uwagę ograniczenia wynikające z niepełnosprawności, a nie np. z wieku osoby. W przypadku </w:t>
      </w:r>
      <w:r w:rsidR="007E7A35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np.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dzieci </w:t>
      </w:r>
      <w:r w:rsidR="00C51922" w:rsidRPr="005536CE">
        <w:rPr>
          <w:rFonts w:asciiTheme="majorHAnsi" w:hAnsiTheme="majorHAnsi" w:cstheme="majorHAnsi"/>
          <w:i/>
          <w:iCs/>
          <w:sz w:val="22"/>
          <w:szCs w:val="22"/>
        </w:rPr>
        <w:t xml:space="preserve">z niepełnosprawnością </w:t>
      </w:r>
      <w:r w:rsidRPr="005536CE">
        <w:rPr>
          <w:rFonts w:asciiTheme="majorHAnsi" w:hAnsiTheme="majorHAnsi" w:cstheme="majorHAnsi"/>
          <w:i/>
          <w:iCs/>
          <w:sz w:val="22"/>
          <w:szCs w:val="22"/>
        </w:rPr>
        <w:t>należy uwzględnić, czy potrzebują one większego wsparcia niż inne dzieci w podobnym wieku.</w:t>
      </w:r>
    </w:p>
    <w:p w14:paraId="2F7ABAB6" w14:textId="7307F4D9" w:rsidR="00D03A5E" w:rsidRPr="000516A1" w:rsidRDefault="00D03A5E" w:rsidP="002C4A33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1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Zakres samodzielnego wykonywania czynności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1180AA0E" w14:textId="0CF25BD0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</w:t>
      </w:r>
      <w:r w:rsidR="00912F58">
        <w:rPr>
          <w:rFonts w:asciiTheme="majorHAnsi" w:eastAsiaTheme="minorHAnsi" w:hAnsiTheme="majorHAnsi" w:cstheme="majorHAnsi"/>
          <w:sz w:val="22"/>
          <w:lang w:val="pl-PL"/>
        </w:rPr>
        <w:t xml:space="preserve">czynności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samodzielnie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1008A186" w14:textId="0E33AC24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część czynności osoba wykonuje samodzielnie, a przy pozostałych wymaga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1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36293B44" w14:textId="2F9EAF2D" w:rsidR="00D03A5E" w:rsidRPr="000516A1" w:rsidRDefault="00D03A5E" w:rsidP="00D03A5E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>przy wykonywaniu większości czynności osoba wymaga bezpośredniego wsparcia innej osoby</w:t>
      </w:r>
      <w:r w:rsidR="00E9363D" w:rsidRPr="000516A1" w:rsidDel="00EC72F2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>(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2</w:t>
      </w:r>
      <w:r w:rsidR="00B6776F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pkt)</w:t>
      </w:r>
    </w:p>
    <w:p w14:paraId="03760D92" w14:textId="7A2D0353" w:rsidR="00B6776F" w:rsidRPr="000516A1" w:rsidRDefault="00B6776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</w:t>
      </w:r>
      <w:r w:rsidR="005D5031" w:rsidRPr="000516A1">
        <w:rPr>
          <w:rFonts w:asciiTheme="majorHAnsi" w:hAnsiTheme="majorHAnsi" w:cstheme="majorHAnsi"/>
          <w:bCs/>
          <w:sz w:val="22"/>
          <w:lang w:val="pl-PL"/>
        </w:rPr>
        <w:t>e</w:t>
      </w:r>
      <w:r w:rsidRPr="000516A1">
        <w:rPr>
          <w:rFonts w:asciiTheme="majorHAnsi" w:hAnsiTheme="majorHAnsi" w:cstheme="majorHAnsi"/>
          <w:bCs/>
          <w:sz w:val="22"/>
          <w:lang w:val="pl-PL"/>
        </w:rPr>
        <w:t>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….……………………………………………………………………………………………………………………………………………………………………………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>..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6D37246" w14:textId="73731A4A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lastRenderedPageBreak/>
        <w:t>2.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E9363D" w:rsidRPr="000516A1">
        <w:rPr>
          <w:rFonts w:asciiTheme="majorHAnsi" w:hAnsiTheme="majorHAnsi" w:cstheme="majorHAnsi"/>
          <w:bCs/>
          <w:sz w:val="22"/>
          <w:lang w:val="pl-PL"/>
        </w:rPr>
        <w:t>Stopień samodzielności przy wykonywaniu czynności wymagających wsparcia</w:t>
      </w:r>
      <w:r w:rsidR="00E9363D" w:rsidRPr="000516A1" w:rsidDel="00EC72F2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202E89F7" w14:textId="1D6F68F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zasadniczo samodzielnie, a udział osoby wspierającej jest niewielki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346F8D4A" w14:textId="47E28240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osoba wykonuje czynności częściowo samodzielnie, przy istotnym udziale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368C3171" w14:textId="47094245" w:rsidR="00EC72F2" w:rsidRPr="000516A1" w:rsidRDefault="00EC72F2" w:rsidP="00EC72F2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E9363D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wykonanie czynności wymaga w przeważającym zakresie bezpośredniego udziału osoby wspierającej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37F56099" w14:textId="7CD5BB6C" w:rsidR="005D5031" w:rsidRPr="000516A1" w:rsidRDefault="005D5031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552034C4" w14:textId="462BDD8F" w:rsidR="00D03A5E" w:rsidRPr="000516A1" w:rsidRDefault="00D03A5E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3.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</w:r>
      <w:r w:rsidR="00AA5214" w:rsidRPr="000516A1">
        <w:rPr>
          <w:rFonts w:asciiTheme="majorHAnsi" w:hAnsiTheme="majorHAnsi" w:cstheme="majorHAnsi"/>
          <w:bCs/>
          <w:sz w:val="22"/>
          <w:lang w:val="pl-PL"/>
        </w:rPr>
        <w:t>Częstotliwość korzystania ze wsparcia innej osoby</w:t>
      </w:r>
    </w:p>
    <w:p w14:paraId="118B46E6" w14:textId="0372BE0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tylko od czasu do czasu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(0 pkt)</w:t>
      </w:r>
    </w:p>
    <w:p w14:paraId="272B99C8" w14:textId="1CADCD2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w niektórych sytuacjach lub przy części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(1 pkt)</w:t>
      </w:r>
    </w:p>
    <w:p w14:paraId="4EB75849" w14:textId="18417095" w:rsidR="00EC72F2" w:rsidRPr="000516A1" w:rsidRDefault="00EC72F2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AA5214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pomoc innej osoby jest potrzebna często, przy większości wykonywanych czynności 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(2 pkt)</w:t>
      </w:r>
    </w:p>
    <w:p w14:paraId="5DA8E9A5" w14:textId="6EA4511B" w:rsidR="005D5031" w:rsidRPr="000516A1" w:rsidRDefault="005D5031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7DD6A0D9" w14:textId="02D6E0FB" w:rsidR="00CD382F" w:rsidRPr="000516A1" w:rsidRDefault="00CD382F" w:rsidP="00CD382F">
      <w:pPr>
        <w:spacing w:before="240"/>
        <w:ind w:left="426" w:hanging="426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4.</w:t>
      </w:r>
      <w:r w:rsidRPr="000516A1">
        <w:rPr>
          <w:rFonts w:asciiTheme="majorHAnsi" w:hAnsiTheme="majorHAnsi" w:cstheme="majorHAnsi"/>
          <w:bCs/>
          <w:sz w:val="22"/>
          <w:lang w:val="pl-PL"/>
        </w:rPr>
        <w:tab/>
        <w:t>Samodzielne funkcjonowanie w znanych i nowych warunkach</w:t>
      </w:r>
    </w:p>
    <w:p w14:paraId="2DE5A3FD" w14:textId="01A7FEC7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zachowuje samodzielność zarówno w znanych, jak i nowych lub zmieniających się sytuacjach i warunkach (0 pkt)</w:t>
      </w:r>
    </w:p>
    <w:p w14:paraId="5DD0DDD3" w14:textId="3A68115B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funkcjonuje samodzielnie lub z niewielkim wsparciem w znanych sobie sytuacjach i warunkach, natomiast w nowych lub zmieniających się sytuacjach wymaga większego wsparcia innej osoby (1 pkt)</w:t>
      </w:r>
    </w:p>
    <w:p w14:paraId="30DADB58" w14:textId="6B2AAB53" w:rsidR="00CD382F" w:rsidRPr="000516A1" w:rsidRDefault="00CD382F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="Segoe UI Symbol" w:eastAsiaTheme="minorHAnsi" w:hAnsi="Segoe UI Symbol" w:cs="Segoe UI Symbol"/>
          <w:b/>
          <w:bCs/>
          <w:sz w:val="22"/>
          <w:lang w:val="pl-PL"/>
        </w:rPr>
        <w:t>☐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osoba wymaga znacznego wsparcia innej osoby również w znanych sobie sytuacjach i warunkach, a w nowych lub zmieniających się sytuacjach zakres potrzebnego wsparcia może być jeszcze większy (2 pkt)</w:t>
      </w:r>
    </w:p>
    <w:p w14:paraId="07C89CE9" w14:textId="3383E226" w:rsidR="00CD382F" w:rsidRPr="000516A1" w:rsidRDefault="00CD382F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20E80FFA" w14:textId="504C3534" w:rsidR="005D5031" w:rsidRPr="000516A1" w:rsidRDefault="00EC72F2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</w:t>
      </w:r>
      <w:r w:rsidR="00F27C14" w:rsidRPr="000516A1">
        <w:rPr>
          <w:rFonts w:asciiTheme="majorHAnsi" w:eastAsiaTheme="minorHAnsi" w:hAnsiTheme="majorHAnsi" w:cstheme="majorHAnsi"/>
          <w:sz w:val="22"/>
          <w:lang w:val="pl-PL"/>
        </w:rPr>
        <w:t>części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IV: ……….</w:t>
      </w:r>
      <w:r w:rsidR="003F1EE2" w:rsidRPr="000516A1">
        <w:rPr>
          <w:rFonts w:asciiTheme="majorHAnsi" w:eastAsiaTheme="minorHAnsi" w:hAnsiTheme="majorHAnsi" w:cstheme="majorHAnsi"/>
          <w:sz w:val="22"/>
          <w:lang w:val="pl-PL"/>
        </w:rPr>
        <w:t>/</w:t>
      </w:r>
      <w:r w:rsidR="00CD382F" w:rsidRPr="000516A1">
        <w:rPr>
          <w:rFonts w:asciiTheme="majorHAnsi" w:eastAsiaTheme="minorHAnsi" w:hAnsiTheme="majorHAnsi" w:cstheme="majorHAnsi"/>
          <w:sz w:val="22"/>
          <w:lang w:val="pl-PL"/>
        </w:rPr>
        <w:t>8</w:t>
      </w:r>
      <w:r w:rsidR="005D5031" w:rsidRPr="000516A1">
        <w:rPr>
          <w:rFonts w:asciiTheme="majorHAnsi" w:eastAsiaTheme="minorHAnsi" w:hAnsiTheme="majorHAnsi" w:cstheme="majorHAnsi"/>
          <w:sz w:val="22"/>
          <w:lang w:val="pl-PL"/>
        </w:rPr>
        <w:t xml:space="preserve"> pkt.</w:t>
      </w:r>
    </w:p>
    <w:p w14:paraId="1D3CC97F" w14:textId="5AD79589" w:rsidR="00D03A5E" w:rsidRDefault="00D03A5E" w:rsidP="00912F58">
      <w:pPr>
        <w:spacing w:before="240" w:after="120"/>
        <w:rPr>
          <w:rFonts w:asciiTheme="majorHAnsi" w:hAnsiTheme="majorHAnsi" w:cstheme="majorHAnsi"/>
          <w:b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 xml:space="preserve">V. </w:t>
      </w:r>
      <w:r w:rsidR="004C4133" w:rsidRPr="004C4133">
        <w:rPr>
          <w:rFonts w:asciiTheme="majorHAnsi" w:hAnsiTheme="majorHAnsi" w:cstheme="majorHAnsi"/>
          <w:b/>
          <w:sz w:val="22"/>
          <w:lang w:val="pl-PL"/>
        </w:rPr>
        <w:t>OCENA DOSTĘPNOŚCI POMOCY ZE STRONY INNYCH OSÓB LUB PODMIOTÓW</w:t>
      </w:r>
      <w:r w:rsidRPr="003D52E0">
        <w:rPr>
          <w:rFonts w:asciiTheme="majorHAnsi" w:hAnsiTheme="majorHAnsi" w:cstheme="majorHAnsi"/>
          <w:b/>
          <w:sz w:val="22"/>
          <w:lang w:val="pl-PL"/>
        </w:rPr>
        <w:t>:</w:t>
      </w:r>
    </w:p>
    <w:p w14:paraId="42B56C4E" w14:textId="2E4B2C5D" w:rsidR="007E01F3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 w14:paraId="5D28A36D" w14:textId="17BA8D25" w:rsidR="00C95E35" w:rsidRPr="005536CE" w:rsidRDefault="00C95E3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 w14:paraId="6AC58002" w14:textId="7F56AF6E" w:rsidR="00BF7F15" w:rsidRPr="005536CE" w:rsidRDefault="00BF7F15" w:rsidP="00912F58">
      <w:pPr>
        <w:spacing w:before="120" w:after="120"/>
        <w:rPr>
          <w:rFonts w:asciiTheme="majorHAnsi" w:hAnsiTheme="majorHAnsi" w:cstheme="majorHAnsi"/>
          <w:bCs/>
          <w:i/>
          <w:iCs/>
          <w:sz w:val="22"/>
          <w:lang w:val="pl-PL"/>
        </w:rPr>
      </w:pPr>
      <w:r w:rsidRPr="005536CE">
        <w:rPr>
          <w:rFonts w:asciiTheme="majorHAnsi" w:hAnsiTheme="majorHAnsi" w:cs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 w14:paraId="198CA0BA" w14:textId="43FAF877" w:rsidR="00B23A3B" w:rsidRDefault="00D03A5E" w:rsidP="002C4A33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3D52E0">
        <w:rPr>
          <w:rFonts w:asciiTheme="majorHAnsi" w:hAnsiTheme="majorHAnsi" w:cstheme="majorHAnsi"/>
          <w:bCs/>
          <w:sz w:val="22"/>
          <w:lang w:val="pl-PL"/>
        </w:rPr>
        <w:t>1.</w:t>
      </w:r>
      <w:r w:rsidRPr="003D52E0">
        <w:rPr>
          <w:rFonts w:asciiTheme="majorHAnsi" w:hAnsiTheme="majorHAnsi" w:cstheme="majorHAnsi"/>
          <w:bCs/>
          <w:sz w:val="22"/>
          <w:lang w:val="pl-PL"/>
        </w:rPr>
        <w:tab/>
      </w:r>
      <w:r w:rsidR="00C95E35" w:rsidRPr="00C95E35">
        <w:rPr>
          <w:rFonts w:asciiTheme="majorHAnsi" w:hAnsiTheme="majorHAnsi" w:cstheme="majorHAnsi"/>
          <w:bCs/>
          <w:sz w:val="22"/>
          <w:lang w:val="pl-PL"/>
        </w:rPr>
        <w:t>Kto obecnie faktycznie udziela pomocy osobie wnioskującej</w:t>
      </w:r>
      <w:r w:rsidR="00C95E35">
        <w:rPr>
          <w:rFonts w:asciiTheme="majorHAnsi" w:hAnsiTheme="majorHAnsi" w:cstheme="majorHAnsi"/>
          <w:bCs/>
          <w:sz w:val="22"/>
          <w:lang w:val="pl-PL"/>
        </w:rPr>
        <w:t xml:space="preserve"> </w:t>
      </w:r>
    </w:p>
    <w:p w14:paraId="66CD5AE2" w14:textId="36565810" w:rsidR="00C95E35" w:rsidRDefault="00C95E35" w:rsidP="00C95E35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nikt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="00166654"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przejdź do części VI</w:t>
      </w:r>
      <w:r w:rsidR="00E46991">
        <w:rPr>
          <w:rFonts w:asciiTheme="majorHAnsi" w:hAnsiTheme="majorHAnsi" w:cstheme="majorHAnsi"/>
          <w:bCs/>
          <w:sz w:val="22"/>
          <w:lang w:val="pl-PL"/>
        </w:rPr>
        <w:t>)</w:t>
      </w:r>
      <w:r w:rsidR="00166654"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="00E46991">
        <w:rPr>
          <w:rFonts w:asciiTheme="majorHAnsi" w:hAnsiTheme="majorHAnsi" w:cstheme="majorHAnsi"/>
          <w:bCs/>
          <w:sz w:val="22"/>
          <w:lang w:val="pl-PL"/>
        </w:rPr>
        <w:t>(</w:t>
      </w:r>
      <w:r w:rsidR="00166654">
        <w:rPr>
          <w:rFonts w:asciiTheme="majorHAnsi" w:hAnsiTheme="majorHAnsi" w:cstheme="majorHAnsi"/>
          <w:bCs/>
          <w:sz w:val="22"/>
          <w:lang w:val="pl-PL"/>
        </w:rPr>
        <w:t>6 pkt)</w:t>
      </w:r>
    </w:p>
    <w:p w14:paraId="2DAF8671" w14:textId="77777777" w:rsidR="00166654" w:rsidRPr="005C4CD1" w:rsidRDefault="00166654" w:rsidP="00166654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5C4CD1">
        <w:rPr>
          <w:rFonts w:asciiTheme="majorHAnsi" w:hAnsiTheme="majorHAnsi" w:cstheme="majorHAnsi"/>
          <w:bCs/>
          <w:sz w:val="22"/>
          <w:lang w:val="pl-PL"/>
        </w:rPr>
        <w:lastRenderedPageBreak/>
        <w:t>Uzasadnienie: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7E5171F" w14:textId="3BAB9258" w:rsidR="00BF7F15" w:rsidRPr="00912F58" w:rsidRDefault="00BF7F15" w:rsidP="00C95E35">
      <w:pPr>
        <w:spacing w:before="120" w:after="120"/>
        <w:ind w:left="425" w:hanging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 xml:space="preserve">W przypadku poniższych opcji </w:t>
      </w:r>
      <w:r w:rsidRPr="003D52E0">
        <w:rPr>
          <w:rFonts w:asciiTheme="majorHAnsi" w:hAnsiTheme="majorHAnsi" w:cstheme="majorHAnsi"/>
          <w:bCs/>
          <w:i/>
          <w:iCs/>
          <w:sz w:val="22"/>
          <w:lang w:val="pl-PL"/>
        </w:rPr>
        <w:t>można zaznaczyć więcej niż jedną odpowiedź</w:t>
      </w:r>
      <w:r w:rsidRPr="00912F58">
        <w:rPr>
          <w:rFonts w:asciiTheme="majorHAnsi" w:hAnsiTheme="majorHAnsi" w:cstheme="majorHAnsi"/>
          <w:bCs/>
          <w:i/>
          <w:iCs/>
          <w:sz w:val="22"/>
          <w:lang w:val="pl-PL"/>
        </w:rPr>
        <w:t>.</w:t>
      </w:r>
    </w:p>
    <w:p w14:paraId="6479A347" w14:textId="5300270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rodzina</w:t>
      </w:r>
    </w:p>
    <w:p w14:paraId="425A7FBE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osoby niespokrewnione wspólnie zamieszkujące</w:t>
      </w:r>
    </w:p>
    <w:p w14:paraId="34E95C62" w14:textId="1DECC219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osoby, np. znajomi lub sąsiedzi</w:t>
      </w:r>
    </w:p>
    <w:p w14:paraId="7789FD01" w14:textId="23BC4E00" w:rsidR="00C95E35" w:rsidRPr="00C95E35" w:rsidRDefault="00C95E35" w:rsidP="005536CE">
      <w:pPr>
        <w:spacing w:before="120" w:after="120"/>
        <w:ind w:left="284" w:hanging="284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organizacyjna pomocy społecznej, np. OPS, CUS, PCPR,</w:t>
      </w:r>
      <w:r w:rsidR="00663128">
        <w:rPr>
          <w:rFonts w:asciiTheme="majorHAnsi" w:hAnsiTheme="majorHAnsi" w:cstheme="majorHAnsi"/>
          <w:bCs/>
          <w:sz w:val="22"/>
          <w:lang w:val="pl-PL"/>
        </w:rPr>
        <w:t xml:space="preserve"> MOPR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w tym w ramach świadczonych usług opiekuńczych lub specjalistycznych usług opiekuńczych</w:t>
      </w:r>
    </w:p>
    <w:p w14:paraId="617176A0" w14:textId="77777777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organizacja pozarządowa</w:t>
      </w:r>
    </w:p>
    <w:p w14:paraId="4411891C" w14:textId="2017C1A5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jednostka zapewniająca wsparcie, np. ŚDS, WTZ, ZAZ, COM</w:t>
      </w:r>
    </w:p>
    <w:p w14:paraId="153D7741" w14:textId="297D2E70" w:rsidR="00C95E35" w:rsidRPr="00C95E35" w:rsidRDefault="00C95E35" w:rsidP="00912F58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="Segoe UI Symbol" w:hAnsi="Segoe UI Symbol" w:cs="Segoe UI Symbol"/>
          <w:bCs/>
          <w:sz w:val="22"/>
          <w:lang w:val="pl-PL"/>
        </w:rPr>
        <w:t>☐</w:t>
      </w:r>
      <w:r w:rsidRPr="00C95E35">
        <w:rPr>
          <w:rFonts w:asciiTheme="majorHAnsi" w:hAnsiTheme="majorHAnsi" w:cstheme="majorHAnsi"/>
          <w:bCs/>
          <w:sz w:val="22"/>
          <w:lang w:val="pl-PL"/>
        </w:rPr>
        <w:t xml:space="preserve"> inne osoby lub podmioty faktycznie udzielające pomocy </w:t>
      </w:r>
      <w:r w:rsidR="005965C9">
        <w:rPr>
          <w:rFonts w:asciiTheme="majorHAnsi" w:hAnsiTheme="majorHAnsi" w:cstheme="majorHAnsi"/>
          <w:bCs/>
          <w:sz w:val="22"/>
          <w:lang w:val="pl-PL"/>
        </w:rPr>
        <w:t>(</w:t>
      </w:r>
      <w:r w:rsidRPr="00504D57">
        <w:rPr>
          <w:rFonts w:asciiTheme="majorHAnsi" w:hAnsiTheme="majorHAnsi" w:cstheme="majorHAnsi"/>
          <w:bCs/>
          <w:i/>
          <w:iCs/>
          <w:sz w:val="22"/>
          <w:lang w:val="pl-PL"/>
        </w:rPr>
        <w:t>jakie?</w:t>
      </w:r>
      <w:r w:rsidR="005965C9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A5C58BC" w14:textId="3E822613" w:rsidR="00C95E35" w:rsidRDefault="00C95E35" w:rsidP="00912F58">
      <w:pPr>
        <w:spacing w:before="120" w:after="12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C95E35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………………………………………………………………………………………………………………</w:t>
      </w:r>
      <w:r w:rsidR="005965C9">
        <w:rPr>
          <w:rFonts w:asciiTheme="majorHAnsi" w:hAnsiTheme="majorHAnsi" w:cstheme="majorHAnsi"/>
          <w:bCs/>
          <w:sz w:val="22"/>
          <w:lang w:val="pl-PL"/>
        </w:rPr>
        <w:t>………………………………………………………</w:t>
      </w:r>
      <w:r w:rsidR="00F1438D">
        <w:rPr>
          <w:rFonts w:asciiTheme="majorHAnsi" w:hAnsiTheme="majorHAnsi" w:cstheme="majorHAnsi"/>
          <w:bCs/>
          <w:sz w:val="22"/>
          <w:lang w:val="pl-PL"/>
        </w:rPr>
        <w:t>……….</w:t>
      </w:r>
    </w:p>
    <w:p w14:paraId="3A68ED58" w14:textId="2DC1C9B8" w:rsidR="00815F1B" w:rsidRPr="00815F1B" w:rsidRDefault="00815F1B" w:rsidP="00815F1B">
      <w:pPr>
        <w:spacing w:before="240"/>
        <w:ind w:left="426" w:hanging="426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2. Jak </w:t>
      </w:r>
      <w:r w:rsidR="00102496">
        <w:rPr>
          <w:rFonts w:asciiTheme="majorHAnsi" w:hAnsiTheme="majorHAnsi" w:cstheme="majorHAnsi"/>
          <w:bCs/>
          <w:sz w:val="22"/>
          <w:lang w:val="pl-PL"/>
        </w:rPr>
        <w:t>często</w:t>
      </w:r>
      <w:r w:rsidRPr="00815F1B">
        <w:rPr>
          <w:rFonts w:asciiTheme="majorHAnsi" w:hAnsiTheme="majorHAnsi" w:cstheme="majorHAnsi"/>
          <w:bCs/>
          <w:sz w:val="22"/>
          <w:lang w:val="pl-PL"/>
        </w:rPr>
        <w:t xml:space="preserve"> osoba wnioskująca otrzymuje wskazaną powyżej pomoc</w:t>
      </w:r>
      <w:r w:rsidR="00102496">
        <w:rPr>
          <w:rFonts w:asciiTheme="majorHAnsi" w:hAnsiTheme="majorHAnsi" w:cstheme="majorHAnsi"/>
          <w:bCs/>
          <w:sz w:val="22"/>
          <w:lang w:val="pl-PL"/>
        </w:rPr>
        <w:t xml:space="preserve"> od innych osób lub podmiotów</w:t>
      </w:r>
      <w:r w:rsidRPr="00815F1B">
        <w:rPr>
          <w:rFonts w:asciiTheme="majorHAnsi" w:hAnsiTheme="majorHAnsi" w:cstheme="majorHAnsi"/>
          <w:bCs/>
          <w:sz w:val="22"/>
          <w:lang w:val="pl-PL"/>
        </w:rPr>
        <w:t>?</w:t>
      </w:r>
    </w:p>
    <w:p w14:paraId="029FEB75" w14:textId="5EFF725E" w:rsidR="00FD660E" w:rsidRPr="00FD660E" w:rsidRDefault="00815F1B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815F1B">
        <w:rPr>
          <w:rFonts w:ascii="Segoe UI Symbol" w:hAnsi="Segoe UI Symbol" w:cs="Segoe UI Symbol"/>
          <w:bCs/>
          <w:sz w:val="22"/>
          <w:lang w:val="pl-PL"/>
        </w:rPr>
        <w:t>☐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regularnie i w sposób powtarzalny </w:t>
      </w:r>
      <w:r w:rsidR="00FD660E">
        <w:rPr>
          <w:rFonts w:asciiTheme="majorHAnsi" w:hAnsiTheme="majorHAnsi" w:cstheme="majorHAnsi"/>
          <w:bCs/>
          <w:sz w:val="22"/>
          <w:lang w:val="pl-PL"/>
        </w:rPr>
        <w:t>(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0 pkt</w:t>
      </w:r>
      <w:r w:rsidR="00FD660E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C189C54" w14:textId="243A4FD3" w:rsidR="00FD660E" w:rsidRP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okresowo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>ale z pewną powtarzalnością</w:t>
      </w:r>
      <w:r>
        <w:rPr>
          <w:rFonts w:asciiTheme="majorHAnsi" w:hAnsiTheme="majorHAnsi" w:cstheme="majorHAnsi"/>
          <w:bCs/>
          <w:sz w:val="22"/>
          <w:lang w:val="pl-PL"/>
        </w:rPr>
        <w:t xml:space="preserve"> (</w:t>
      </w:r>
      <w:r w:rsidRPr="00FD660E">
        <w:rPr>
          <w:rFonts w:asciiTheme="majorHAnsi" w:hAnsiTheme="majorHAnsi" w:cstheme="majorHAnsi"/>
          <w:bCs/>
          <w:sz w:val="22"/>
          <w:lang w:val="pl-PL"/>
        </w:rPr>
        <w:t>1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B6D7673" w14:textId="49220945" w:rsidR="00FD660E" w:rsidRDefault="00FD660E" w:rsidP="00FD660E">
      <w:pPr>
        <w:spacing w:before="120" w:after="120"/>
        <w:ind w:left="425" w:hanging="425"/>
        <w:rPr>
          <w:rFonts w:asciiTheme="majorHAnsi" w:hAnsiTheme="majorHAnsi" w:cstheme="majorHAnsi"/>
          <w:bCs/>
          <w:sz w:val="22"/>
          <w:lang w:val="pl-PL"/>
        </w:rPr>
      </w:pPr>
      <w:r w:rsidRPr="00FD660E">
        <w:rPr>
          <w:rFonts w:ascii="Segoe UI Symbol" w:hAnsi="Segoe UI Symbol" w:cs="Segoe UI Symbol"/>
          <w:bCs/>
          <w:sz w:val="22"/>
          <w:lang w:val="pl-PL"/>
        </w:rPr>
        <w:t>☐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 pomoc jest udzielana sporadycznie</w:t>
      </w:r>
      <w:r>
        <w:rPr>
          <w:rFonts w:asciiTheme="majorHAnsi" w:hAnsiTheme="majorHAnsi" w:cstheme="majorHAnsi"/>
          <w:bCs/>
          <w:sz w:val="22"/>
          <w:lang w:val="pl-PL"/>
        </w:rPr>
        <w:t xml:space="preserve">, </w:t>
      </w:r>
      <w:r w:rsidRPr="00FD660E">
        <w:rPr>
          <w:rFonts w:asciiTheme="majorHAnsi" w:hAnsiTheme="majorHAnsi" w:cstheme="majorHAnsi"/>
          <w:bCs/>
          <w:sz w:val="22"/>
          <w:lang w:val="pl-PL"/>
        </w:rPr>
        <w:t xml:space="preserve">bez stałej regularności </w:t>
      </w:r>
      <w:r>
        <w:rPr>
          <w:rFonts w:asciiTheme="majorHAnsi" w:hAnsiTheme="majorHAnsi" w:cstheme="majorHAnsi"/>
          <w:bCs/>
          <w:sz w:val="22"/>
          <w:lang w:val="pl-PL"/>
        </w:rPr>
        <w:t>(</w:t>
      </w:r>
      <w:r w:rsidRPr="00FD660E">
        <w:rPr>
          <w:rFonts w:asciiTheme="majorHAnsi" w:hAnsiTheme="majorHAnsi" w:cstheme="majorHAnsi"/>
          <w:bCs/>
          <w:sz w:val="22"/>
          <w:lang w:val="pl-PL"/>
        </w:rPr>
        <w:t>2 pkt</w:t>
      </w:r>
      <w:r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64895752" w14:textId="2AE6B2B0" w:rsidR="00EF3F0E" w:rsidRPr="000516A1" w:rsidRDefault="00EF3F0E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403C0975" w14:textId="77777777" w:rsidR="00951D73" w:rsidRPr="00166654" w:rsidRDefault="00951D73" w:rsidP="00912F58">
      <w:pPr>
        <w:spacing w:before="24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3. Czy osoba wnioskująca może uzyskać pomoc w czasie, w którym jej potrzebuje?</w:t>
      </w:r>
    </w:p>
    <w:p w14:paraId="6F01FD73" w14:textId="415EF834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zazwyczaj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w czasie, w którym jest potrzebna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0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038609" w14:textId="5B176977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pomoc jest dostępna </w:t>
      </w:r>
      <w:r w:rsidR="00BF7F15" w:rsidRPr="00BF7F15">
        <w:rPr>
          <w:rFonts w:asciiTheme="majorHAnsi" w:hAnsiTheme="majorHAnsi" w:cstheme="majorHAnsi"/>
          <w:bCs/>
          <w:sz w:val="22"/>
          <w:lang w:val="pl-PL"/>
        </w:rPr>
        <w:t>tylko w określonych dniach, godzinach lub sytuacjach</w:t>
      </w:r>
      <w:r w:rsidR="00BF7F15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1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4ECC2DFE" w14:textId="1EDD2313" w:rsidR="00951D73" w:rsidRPr="00166654" w:rsidRDefault="00951D73" w:rsidP="00912F58">
      <w:pPr>
        <w:spacing w:before="120" w:after="120"/>
        <w:rPr>
          <w:rFonts w:asciiTheme="majorHAnsi" w:hAnsiTheme="majorHAnsi" w:cstheme="majorHAnsi"/>
          <w:bCs/>
          <w:sz w:val="22"/>
          <w:lang w:val="pl-PL"/>
        </w:rPr>
      </w:pPr>
      <w:r w:rsidRPr="00166654">
        <w:rPr>
          <w:rFonts w:ascii="Segoe UI Symbol" w:hAnsi="Segoe UI Symbol" w:cs="Segoe UI Symbol"/>
          <w:bCs/>
          <w:sz w:val="22"/>
          <w:lang w:val="pl-PL"/>
        </w:rPr>
        <w:t>☐</w:t>
      </w:r>
      <w:r w:rsidRPr="00166654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FD660E" w:rsidRPr="00FD660E">
        <w:rPr>
          <w:rFonts w:asciiTheme="majorHAnsi" w:hAnsiTheme="majorHAnsi" w:cstheme="majorHAnsi"/>
          <w:bCs/>
          <w:sz w:val="22"/>
          <w:lang w:val="pl-PL"/>
        </w:rPr>
        <w:t>pomoc zazwyczaj nie jest dostępna w czasie, w którym jest potrzebna</w:t>
      </w:r>
      <w:r w:rsidR="00FD660E" w:rsidRPr="003D52E0">
        <w:rPr>
          <w:rFonts w:asciiTheme="majorHAnsi" w:hAnsiTheme="majorHAnsi" w:cstheme="majorHAnsi"/>
          <w:bCs/>
          <w:sz w:val="22"/>
          <w:lang w:val="pl-PL"/>
        </w:rPr>
        <w:t xml:space="preserve"> 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(</w:t>
      </w:r>
      <w:r w:rsidRPr="00166654">
        <w:rPr>
          <w:rFonts w:asciiTheme="majorHAnsi" w:hAnsiTheme="majorHAnsi" w:cstheme="majorHAnsi"/>
          <w:bCs/>
          <w:sz w:val="22"/>
          <w:lang w:val="pl-PL"/>
        </w:rPr>
        <w:t>2 pkt</w:t>
      </w:r>
      <w:r w:rsidR="00166654" w:rsidRPr="00166654">
        <w:rPr>
          <w:rFonts w:asciiTheme="majorHAnsi" w:hAnsiTheme="majorHAnsi" w:cstheme="majorHAnsi"/>
          <w:bCs/>
          <w:sz w:val="22"/>
          <w:lang w:val="pl-PL"/>
        </w:rPr>
        <w:t>)</w:t>
      </w:r>
    </w:p>
    <w:p w14:paraId="5578C37B" w14:textId="77777777" w:rsidR="00951D73" w:rsidRPr="00166654" w:rsidRDefault="00951D73" w:rsidP="00951D7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Cs/>
          <w:sz w:val="22"/>
          <w:lang w:val="pl-PL"/>
        </w:rPr>
        <w:t>Uzasadnienie: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 w14:paraId="653F899D" w14:textId="07E66FE0" w:rsidR="00166654" w:rsidRPr="00912F58" w:rsidRDefault="00166654" w:rsidP="0016665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912F58">
        <w:rPr>
          <w:rFonts w:asciiTheme="majorHAnsi" w:eastAsiaTheme="minorHAnsi" w:hAnsiTheme="majorHAnsi" w:cstheme="majorHAnsi"/>
          <w:sz w:val="22"/>
          <w:lang w:val="pl-PL"/>
        </w:rPr>
        <w:t>4. W jakim stopniu otrzymywana pomoc odpowiada potrzebom osoby wnioskującej?</w:t>
      </w:r>
    </w:p>
    <w:p w14:paraId="7BB85387" w14:textId="0610E6A1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większości potrzeb osoby</w:t>
      </w: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(0 pkt)</w:t>
      </w:r>
    </w:p>
    <w:p w14:paraId="086139DD" w14:textId="2C35DCB0" w:rsidR="00166654" w:rsidRPr="00912F58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odpowiada części potrzeb osoby </w:t>
      </w:r>
      <w:r w:rsidRPr="005C4CD1">
        <w:rPr>
          <w:rFonts w:asciiTheme="majorHAnsi" w:eastAsiaTheme="minorHAnsi" w:hAnsiTheme="majorHAnsi" w:cstheme="majorHAnsi"/>
          <w:sz w:val="22"/>
          <w:lang w:val="pl-PL"/>
        </w:rPr>
        <w:t>wnioskującej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1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65631167" w14:textId="1ED24D8E" w:rsidR="00D03A5E" w:rsidRPr="00166654" w:rsidRDefault="00166654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 xml:space="preserve"> otrzymywana pomoc </w:t>
      </w:r>
      <w:r w:rsidR="00BF7F15" w:rsidRPr="00BF7F15">
        <w:rPr>
          <w:rFonts w:asciiTheme="majorHAnsi" w:eastAsiaTheme="minorHAnsi" w:hAnsiTheme="majorHAnsi" w:cstheme="majorHAnsi"/>
          <w:sz w:val="22"/>
          <w:lang w:val="pl-PL"/>
        </w:rPr>
        <w:t xml:space="preserve">odpowiada jedynie niewielkiej części potrzeb osoby wnioskującej </w:t>
      </w:r>
      <w:r>
        <w:rPr>
          <w:rFonts w:asciiTheme="majorHAnsi" w:eastAsiaTheme="minorHAnsi" w:hAnsiTheme="majorHAnsi" w:cstheme="majorHAnsi"/>
          <w:sz w:val="22"/>
          <w:lang w:val="pl-PL"/>
        </w:rPr>
        <w:t>(</w:t>
      </w:r>
      <w:r w:rsidRPr="00912F58">
        <w:rPr>
          <w:rFonts w:asciiTheme="majorHAnsi" w:eastAsiaTheme="minorHAnsi" w:hAnsiTheme="majorHAnsi" w:cstheme="majorHAnsi"/>
          <w:sz w:val="22"/>
          <w:lang w:val="pl-PL"/>
        </w:rPr>
        <w:t>2 pkt</w:t>
      </w:r>
      <w:r>
        <w:rPr>
          <w:rFonts w:asciiTheme="majorHAnsi" w:eastAsiaTheme="minorHAnsi" w:hAnsiTheme="majorHAnsi" w:cstheme="majorHAnsi"/>
          <w:sz w:val="22"/>
          <w:lang w:val="pl-PL"/>
        </w:rPr>
        <w:t>)</w:t>
      </w:r>
    </w:p>
    <w:p w14:paraId="1C8EE63C" w14:textId="7ABFBF36" w:rsidR="00F27C14" w:rsidRPr="00166654" w:rsidRDefault="00166654" w:rsidP="00EF3F0E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>Łączna liczba punktów uzyskanych w części V:</w:t>
      </w:r>
      <w:r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>……….</w:t>
      </w:r>
      <w:r w:rsidR="003F1EE2" w:rsidRPr="003D52E0">
        <w:rPr>
          <w:rFonts w:asciiTheme="majorHAnsi" w:eastAsiaTheme="minorHAnsi" w:hAnsiTheme="majorHAnsi" w:cstheme="majorHAnsi"/>
          <w:sz w:val="22"/>
          <w:lang w:val="pl-PL"/>
        </w:rPr>
        <w:t>/</w:t>
      </w:r>
      <w:r>
        <w:rPr>
          <w:rFonts w:asciiTheme="majorHAnsi" w:eastAsiaTheme="minorHAnsi" w:hAnsiTheme="majorHAnsi" w:cstheme="majorHAnsi"/>
          <w:sz w:val="22"/>
          <w:lang w:val="pl-PL"/>
        </w:rPr>
        <w:t>6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27C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pkt. </w:t>
      </w:r>
    </w:p>
    <w:p w14:paraId="28F3D267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7BE43CB8" w14:textId="77777777" w:rsidR="00802740" w:rsidRDefault="00802740" w:rsidP="00912F58">
      <w:pPr>
        <w:spacing w:before="240" w:after="12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2CEFBCBA" w14:textId="2CDB80AD" w:rsidR="00F85714" w:rsidRPr="00166654" w:rsidRDefault="00F85714" w:rsidP="00912F58">
      <w:pPr>
        <w:spacing w:before="24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hAnsiTheme="majorHAnsi" w:cstheme="majorHAnsi"/>
          <w:b/>
          <w:sz w:val="24"/>
          <w:szCs w:val="24"/>
          <w:lang w:val="pl-PL"/>
        </w:rPr>
        <w:lastRenderedPageBreak/>
        <w:t>VI. WYNIKI OCENY:</w:t>
      </w:r>
    </w:p>
    <w:p w14:paraId="62AFE1C6" w14:textId="02F55174" w:rsidR="00F85714" w:rsidRPr="00166654" w:rsidRDefault="00166654" w:rsidP="00F85714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166654">
        <w:rPr>
          <w:rFonts w:asciiTheme="majorHAnsi" w:eastAsiaTheme="minorHAnsi" w:hAnsiTheme="majorHAnsi" w:cstheme="majorHAnsi"/>
          <w:sz w:val="22"/>
          <w:lang w:val="pl-PL"/>
        </w:rPr>
        <w:t xml:space="preserve">Łączna liczba punktów uzyskanych w części 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>III, IV i V: ……….</w:t>
      </w:r>
      <w:r w:rsidR="00117C96" w:rsidRPr="00166654">
        <w:rPr>
          <w:rFonts w:asciiTheme="majorHAnsi" w:eastAsiaTheme="minorHAnsi" w:hAnsiTheme="majorHAnsi" w:cstheme="majorHAnsi"/>
          <w:sz w:val="22"/>
          <w:lang w:val="pl-PL"/>
        </w:rPr>
        <w:t>/2</w:t>
      </w:r>
      <w:r>
        <w:rPr>
          <w:rFonts w:asciiTheme="majorHAnsi" w:eastAsiaTheme="minorHAnsi" w:hAnsiTheme="majorHAnsi" w:cstheme="majorHAnsi"/>
          <w:sz w:val="22"/>
          <w:lang w:val="pl-PL"/>
        </w:rPr>
        <w:t>4</w:t>
      </w:r>
      <w:r w:rsidR="00F85714" w:rsidRPr="00166654">
        <w:rPr>
          <w:rFonts w:asciiTheme="majorHAnsi" w:eastAsiaTheme="minorHAnsi" w:hAnsiTheme="majorHAnsi" w:cstheme="majorHAnsi"/>
          <w:sz w:val="22"/>
          <w:lang w:val="pl-PL"/>
        </w:rPr>
        <w:t xml:space="preserve"> pkt. </w:t>
      </w:r>
    </w:p>
    <w:p w14:paraId="0427FB00" w14:textId="1842858B" w:rsidR="00F85714" w:rsidRPr="000516A1" w:rsidRDefault="00DE7B42" w:rsidP="00802740">
      <w:pPr>
        <w:spacing w:before="240" w:after="0"/>
        <w:rPr>
          <w:rFonts w:asciiTheme="majorHAnsi" w:hAnsiTheme="majorHAnsi" w:cstheme="majorHAnsi"/>
          <w:bCs/>
          <w:sz w:val="22"/>
          <w:lang w:val="pl-PL"/>
        </w:rPr>
      </w:pPr>
      <w:r w:rsidRPr="00DE7B42">
        <w:rPr>
          <w:rFonts w:asciiTheme="majorHAnsi" w:hAnsiTheme="majorHAnsi" w:cstheme="majorHAnsi"/>
          <w:bCs/>
          <w:sz w:val="22"/>
          <w:lang w:val="pl-PL"/>
        </w:rPr>
        <w:t>Podsumowanie i uzasadnienie wyniku oceny</w:t>
      </w:r>
      <w:r w:rsidR="00F85714" w:rsidRPr="000516A1">
        <w:rPr>
          <w:rFonts w:asciiTheme="majorHAnsi" w:hAnsiTheme="majorHAnsi" w:cstheme="majorHAnsi"/>
          <w:bCs/>
          <w:sz w:val="22"/>
          <w:lang w:val="pl-PL"/>
        </w:rPr>
        <w:t>:</w:t>
      </w:r>
    </w:p>
    <w:p w14:paraId="2139BF38" w14:textId="6280E6F5" w:rsidR="00F85714" w:rsidRPr="000516A1" w:rsidRDefault="00F85714" w:rsidP="00802740">
      <w:pPr>
        <w:rPr>
          <w:rFonts w:asciiTheme="majorHAnsi" w:hAnsiTheme="majorHAnsi" w:cstheme="majorHAnsi"/>
          <w:bCs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51F71" w14:textId="383DEB71" w:rsidR="00F85714" w:rsidRDefault="00F85714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A7E1B27" w14:textId="366B49A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CF66E87" w14:textId="044B0C11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4E1AA4B8" w14:textId="09737CA0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2E80B9D4" w14:textId="2172489B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858182F" w14:textId="16523C4F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6BE06981" w14:textId="40953559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372C75AB" w14:textId="3DCE5F0E" w:rsidR="005965C9" w:rsidRDefault="005965C9" w:rsidP="002C4A33">
      <w:pPr>
        <w:rPr>
          <w:rFonts w:asciiTheme="majorHAnsi" w:eastAsiaTheme="minorHAnsi" w:hAnsiTheme="majorHAnsi" w:cstheme="majorHAnsi"/>
          <w:sz w:val="22"/>
          <w:lang w:val="pl-PL"/>
        </w:rPr>
      </w:pPr>
      <w:r>
        <w:rPr>
          <w:rFonts w:asciiTheme="majorHAnsi" w:eastAsiaTheme="minorHAnsi" w:hAnsiTheme="majorHAnsi" w:cs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………………………………………………………………………………………………………………………………………………………………………………..</w:t>
      </w:r>
    </w:p>
    <w:p w14:paraId="15B4588E" w14:textId="3307157B" w:rsidR="00D03A5E" w:rsidRPr="000516A1" w:rsidRDefault="00D03A5E" w:rsidP="002C4A33">
      <w:pPr>
        <w:spacing w:before="240"/>
        <w:rPr>
          <w:rFonts w:asciiTheme="majorHAnsi" w:eastAsiaTheme="min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V</w:t>
      </w:r>
      <w:r w:rsidR="00761B0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="00F85714" w:rsidRPr="000516A1">
        <w:rPr>
          <w:rFonts w:asciiTheme="majorHAnsi" w:hAnsiTheme="majorHAnsi" w:cstheme="majorHAnsi"/>
          <w:b/>
          <w:sz w:val="24"/>
          <w:szCs w:val="24"/>
          <w:lang w:val="pl-PL"/>
        </w:rPr>
        <w:t>I</w:t>
      </w:r>
      <w:r w:rsidRPr="000516A1">
        <w:rPr>
          <w:rFonts w:asciiTheme="majorHAnsi" w:hAnsiTheme="majorHAnsi" w:cstheme="majorHAnsi"/>
          <w:b/>
          <w:sz w:val="24"/>
          <w:szCs w:val="24"/>
          <w:lang w:val="pl-PL"/>
        </w:rPr>
        <w:t>. KRYTERIA PIERWSZEŃSTWA:</w:t>
      </w:r>
    </w:p>
    <w:p w14:paraId="05962A4E" w14:textId="77777777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</w:p>
    <w:p w14:paraId="23607860" w14:textId="46F6CFFE" w:rsidR="00DE7B42" w:rsidRDefault="00DE7B42" w:rsidP="00DE7B42">
      <w:pPr>
        <w:rPr>
          <w:rFonts w:asciiTheme="majorHAnsi" w:hAnsiTheme="majorHAnsi" w:cstheme="majorHAnsi"/>
          <w:b/>
          <w:sz w:val="22"/>
          <w:lang w:val="pl-PL"/>
        </w:rPr>
      </w:pPr>
      <w:r w:rsidRPr="003D52E0">
        <w:rPr>
          <w:rFonts w:asciiTheme="majorHAnsi" w:hAnsiTheme="majorHAnsi" w:cs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 w14:paraId="090D37CD" w14:textId="7C61BC44" w:rsidR="00ED55B8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Theme="majorHAnsi" w:eastAsiaTheme="minorHAnsi" w:hAnsiTheme="majorHAnsi" w:cstheme="majorHAnsi"/>
          <w:sz w:val="22"/>
          <w:lang w:val="pl-PL"/>
        </w:rPr>
        <w:t>Proszę wskazać, czy osoba wnioskująca spełnia którekolwiek z poniższych kryteriów pierwszeństwa określonych w części IV ust. 10 Programu</w:t>
      </w:r>
      <w:r w:rsidR="00ED55B8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: </w:t>
      </w:r>
    </w:p>
    <w:p w14:paraId="6DF2FFAA" w14:textId="76D089DD" w:rsidR="00FE13E2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>samotnie zamieszkuj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FE13E2" w:rsidRPr="00912F58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i gospodaruj</w:t>
      </w:r>
      <w:r w:rsidR="003D52E0">
        <w:rPr>
          <w:rFonts w:asciiTheme="majorHAnsi" w:hAnsiTheme="majorHAnsi" w:cstheme="majorHAnsi"/>
          <w:bCs/>
          <w:color w:val="000000"/>
          <w:sz w:val="22"/>
          <w:lang w:val="pl-PL"/>
        </w:rPr>
        <w:t>e</w:t>
      </w:r>
      <w:r w:rsidR="00631CA7">
        <w:rPr>
          <w:rFonts w:asciiTheme="majorHAnsi" w:hAnsiTheme="majorHAnsi" w:cstheme="majorHAnsi"/>
          <w:bCs/>
          <w:color w:val="000000"/>
          <w:sz w:val="22"/>
          <w:lang w:val="pl-PL"/>
        </w:rPr>
        <w:t xml:space="preserve"> oraz </w:t>
      </w:r>
      <w:r w:rsidR="00FE13E2" w:rsidRPr="00504D57">
        <w:rPr>
          <w:rFonts w:asciiTheme="majorHAnsi" w:hAnsiTheme="majorHAnsi" w:cstheme="majorHAnsi"/>
          <w:bCs/>
          <w:color w:val="000000"/>
          <w:sz w:val="22"/>
          <w:lang w:val="pl-PL"/>
        </w:rPr>
        <w:t>nie korzysta ze wsparcia innych osób.</w:t>
      </w:r>
    </w:p>
    <w:p w14:paraId="7F3FDF79" w14:textId="2208BF65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wspólnie zamieszkuj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i gospodaruj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e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 inną osobą z niepełnosprawnością, spełniającą warunki, o których mowa w części III ust. 2 Programu, przy czym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osoby te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nie ma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 xml:space="preserve">ją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możliwości wzajemnego wsparcia oraz nie korzysta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ją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ze wsparcia innych osób.</w:t>
      </w:r>
    </w:p>
    <w:p w14:paraId="506D0EFB" w14:textId="7858FB8C" w:rsidR="00ED55B8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rodzinnej pieczy zastępczej, w rozumieniu ustawy z dnia 9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 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czerwca 2011 r. o wspieraniu rodziny i systemie pieczy zastępczej (Dz. U. z 202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6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r. poz. </w:t>
      </w:r>
      <w:r w:rsidR="003D52E0">
        <w:rPr>
          <w:rFonts w:asciiTheme="majorHAnsi" w:eastAsiaTheme="minorHAnsi" w:hAnsiTheme="majorHAnsi" w:cstheme="majorHAnsi"/>
          <w:sz w:val="22"/>
          <w:lang w:val="pl-PL"/>
        </w:rPr>
        <w:t>980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),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rodzinie zastępczej (spokrewnionej, niezawodowej lub zawodowej) lub w rodzinnym domu dziecka.</w:t>
      </w:r>
    </w:p>
    <w:p w14:paraId="1BFAD80E" w14:textId="4BD9C560" w:rsidR="00F85714" w:rsidRPr="003D52E0" w:rsidRDefault="00ED55B8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630C7D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Osoba wnioskująca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przebywa w placówce opiekuńczo-wychowawczej typu rodzinnego w rozumieniu ustawy z dnia 9 czerwca 2011 r. o wspieraniu rodziny i systemie pieczy zastępczej, tj.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 xml:space="preserve"> jest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dzieckiem lub osobą przebywającą w tej placówce, </w:t>
      </w:r>
      <w:r w:rsidR="00631CA7">
        <w:rPr>
          <w:rFonts w:asciiTheme="majorHAnsi" w:eastAsiaTheme="minorHAnsi" w:hAnsiTheme="majorHAnsi" w:cstheme="majorHAnsi"/>
          <w:sz w:val="22"/>
          <w:lang w:val="pl-PL"/>
        </w:rPr>
        <w:t>w której</w:t>
      </w:r>
      <w:r w:rsidR="00631CA7"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</w:t>
      </w:r>
      <w:r w:rsidR="00FE13E2" w:rsidRPr="003D52E0">
        <w:rPr>
          <w:rFonts w:asciiTheme="majorHAnsi" w:eastAsiaTheme="minorHAnsi" w:hAnsiTheme="majorHAnsi" w:cstheme="majorHAnsi"/>
          <w:sz w:val="22"/>
          <w:lang w:val="pl-PL"/>
        </w:rPr>
        <w:t>wyłączną opiekę sprawują małżonkowie lub osoba niepozostająca w związku małżeńskim.</w:t>
      </w:r>
    </w:p>
    <w:p w14:paraId="5CAE29A4" w14:textId="115E215C" w:rsidR="003D52E0" w:rsidRPr="003D52E0" w:rsidRDefault="003D52E0" w:rsidP="00912F58">
      <w:pPr>
        <w:spacing w:before="120" w:after="120"/>
        <w:rPr>
          <w:rFonts w:asciiTheme="majorHAnsi" w:eastAsiaTheme="minorHAnsi" w:hAnsiTheme="majorHAnsi" w:cstheme="majorHAnsi"/>
          <w:sz w:val="22"/>
          <w:lang w:val="pl-PL"/>
        </w:rPr>
      </w:pPr>
      <w:r w:rsidRPr="003D52E0">
        <w:rPr>
          <w:rFonts w:ascii="Segoe UI Symbol" w:eastAsiaTheme="minorHAnsi" w:hAnsi="Segoe UI Symbol" w:cs="Segoe UI Symbol"/>
          <w:sz w:val="22"/>
          <w:lang w:val="pl-PL"/>
        </w:rPr>
        <w:t>☐</w:t>
      </w:r>
      <w:r w:rsidRPr="003D52E0">
        <w:rPr>
          <w:rFonts w:asciiTheme="majorHAnsi" w:eastAsiaTheme="minorHAnsi" w:hAnsiTheme="majorHAnsi" w:cstheme="majorHAnsi"/>
          <w:sz w:val="22"/>
          <w:lang w:val="pl-PL"/>
        </w:rPr>
        <w:t xml:space="preserve"> osoba wnioskująca nie spełnia żadnego z powyższych kryteriów</w:t>
      </w:r>
    </w:p>
    <w:p w14:paraId="250745F6" w14:textId="57CFD01A" w:rsidR="00CD12B9" w:rsidRPr="000516A1" w:rsidRDefault="00ED33F4" w:rsidP="002C4A33">
      <w:pPr>
        <w:spacing w:before="240"/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b/>
          <w:sz w:val="22"/>
          <w:lang w:val="pl-PL"/>
        </w:rPr>
        <w:t>Osoby</w:t>
      </w:r>
      <w:r w:rsidR="001800F0" w:rsidRPr="000516A1">
        <w:rPr>
          <w:rFonts w:asciiTheme="majorHAnsi" w:hAnsiTheme="majorHAnsi" w:cstheme="majorHAnsi"/>
          <w:b/>
          <w:sz w:val="22"/>
          <w:lang w:val="pl-PL"/>
        </w:rPr>
        <w:t xml:space="preserve"> dokonujące oceny:</w:t>
      </w:r>
    </w:p>
    <w:p w14:paraId="2313B95F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 w14:paraId="46BB4488" w14:textId="77777777" w:rsidR="00CD12B9" w:rsidRPr="000516A1" w:rsidRDefault="001800F0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 w14:paraId="7A8FB3E8" w14:textId="5A6F659D" w:rsidR="00E76B55" w:rsidRPr="000516A1" w:rsidRDefault="00FE74A6" w:rsidP="00FE74A6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 w14:paraId="6D63FEF6" w14:textId="7C75CD09" w:rsidR="00630C7D" w:rsidRPr="000516A1" w:rsidRDefault="00630C7D" w:rsidP="00630C7D">
      <w:pPr>
        <w:spacing w:before="600" w:line="360" w:lineRule="auto"/>
        <w:rPr>
          <w:rFonts w:ascii="Calibri" w:hAnsi="Calibri" w:cs="Calibri"/>
          <w:sz w:val="22"/>
          <w:lang w:val="pl-PL"/>
        </w:rPr>
      </w:pPr>
      <w:r w:rsidRPr="000516A1">
        <w:rPr>
          <w:rFonts w:ascii="Calibri" w:hAnsi="Calibri" w:cs="Calibri"/>
          <w:sz w:val="22"/>
          <w:lang w:val="pl-PL"/>
        </w:rPr>
        <w:t>Miejscowość ……………………………………..., data ………………………</w:t>
      </w:r>
      <w:r w:rsidR="005965C9">
        <w:rPr>
          <w:rFonts w:ascii="Calibri" w:hAnsi="Calibri" w:cs="Calibri"/>
          <w:sz w:val="22"/>
          <w:lang w:val="pl-PL"/>
        </w:rPr>
        <w:t>…………………………….</w:t>
      </w:r>
    </w:p>
    <w:p w14:paraId="1940F923" w14:textId="5AF7FC33" w:rsidR="00CD12B9" w:rsidRPr="000516A1" w:rsidRDefault="00E76B55" w:rsidP="002C4A33">
      <w:pPr>
        <w:rPr>
          <w:rFonts w:asciiTheme="majorHAnsi" w:hAnsiTheme="majorHAnsi" w:cstheme="majorHAnsi"/>
          <w:sz w:val="22"/>
          <w:lang w:val="pl-PL"/>
        </w:rPr>
      </w:pPr>
      <w:r w:rsidRPr="000516A1">
        <w:rPr>
          <w:rFonts w:asciiTheme="majorHAnsi" w:hAnsiTheme="majorHAnsi" w:cstheme="majorHAnsi"/>
          <w:sz w:val="22"/>
          <w:lang w:val="pl-PL"/>
        </w:rPr>
        <w:t>Nr karty oceny (nadany przez realizatora Programu):………….……………………………..</w:t>
      </w:r>
    </w:p>
    <w:sectPr w:rsidR="00CD12B9" w:rsidRPr="000516A1" w:rsidSect="00FE74A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DCE5" w14:textId="77777777" w:rsidR="008F7F4D" w:rsidRDefault="008F7F4D">
      <w:pPr>
        <w:spacing w:after="0"/>
      </w:pPr>
      <w:r>
        <w:separator/>
      </w:r>
    </w:p>
  </w:endnote>
  <w:endnote w:type="continuationSeparator" w:id="0">
    <w:p w14:paraId="1478D807" w14:textId="77777777" w:rsidR="008F7F4D" w:rsidRDefault="008F7F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7396427"/>
      <w:docPartObj>
        <w:docPartGallery w:val="Page Numbers (Bottom of Page)"/>
        <w:docPartUnique/>
      </w:docPartObj>
    </w:sdtPr>
    <w:sdtContent>
      <w:p w14:paraId="2ADB9B7B" w14:textId="04E4BA0F" w:rsidR="002517B8" w:rsidRDefault="002517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FE09A22" w14:textId="77777777" w:rsidR="002517B8" w:rsidRDefault="0025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48A7" w14:textId="77777777" w:rsidR="008F7F4D" w:rsidRDefault="008F7F4D">
      <w:pPr>
        <w:spacing w:after="0"/>
      </w:pPr>
      <w:r>
        <w:separator/>
      </w:r>
    </w:p>
  </w:footnote>
  <w:footnote w:type="continuationSeparator" w:id="0">
    <w:p w14:paraId="1A4CB9BF" w14:textId="77777777" w:rsidR="008F7F4D" w:rsidRDefault="008F7F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BA4E08"/>
    <w:multiLevelType w:val="hybridMultilevel"/>
    <w:tmpl w:val="20EC7958"/>
    <w:lvl w:ilvl="0" w:tplc="3684D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93F8A"/>
    <w:multiLevelType w:val="hybridMultilevel"/>
    <w:tmpl w:val="AB36A2CA"/>
    <w:lvl w:ilvl="0" w:tplc="54C8E2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1339"/>
    <w:multiLevelType w:val="hybridMultilevel"/>
    <w:tmpl w:val="3604C0BE"/>
    <w:lvl w:ilvl="0" w:tplc="209C5536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1098"/>
    <w:multiLevelType w:val="multilevel"/>
    <w:tmpl w:val="761ED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ED762B"/>
    <w:multiLevelType w:val="hybridMultilevel"/>
    <w:tmpl w:val="C56432C2"/>
    <w:lvl w:ilvl="0" w:tplc="10A4C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B03"/>
    <w:multiLevelType w:val="hybridMultilevel"/>
    <w:tmpl w:val="AB321E3C"/>
    <w:lvl w:ilvl="0" w:tplc="2ED2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E260D"/>
    <w:multiLevelType w:val="hybridMultilevel"/>
    <w:tmpl w:val="F006A26E"/>
    <w:lvl w:ilvl="0" w:tplc="39EEDA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484A"/>
    <w:multiLevelType w:val="hybridMultilevel"/>
    <w:tmpl w:val="F1D28D5C"/>
    <w:lvl w:ilvl="0" w:tplc="17C67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72BD5"/>
    <w:multiLevelType w:val="hybridMultilevel"/>
    <w:tmpl w:val="15A25E26"/>
    <w:lvl w:ilvl="0" w:tplc="0E149B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5689F"/>
    <w:multiLevelType w:val="hybridMultilevel"/>
    <w:tmpl w:val="F7B0D58C"/>
    <w:lvl w:ilvl="0" w:tplc="2D64D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7797A"/>
    <w:multiLevelType w:val="hybridMultilevel"/>
    <w:tmpl w:val="37DA1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316D"/>
    <w:multiLevelType w:val="hybridMultilevel"/>
    <w:tmpl w:val="6AE8A56C"/>
    <w:lvl w:ilvl="0" w:tplc="672ECC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A73EA"/>
    <w:multiLevelType w:val="hybridMultilevel"/>
    <w:tmpl w:val="411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035462">
    <w:abstractNumId w:val="8"/>
  </w:num>
  <w:num w:numId="2" w16cid:durableId="1788548127">
    <w:abstractNumId w:val="6"/>
  </w:num>
  <w:num w:numId="3" w16cid:durableId="510989388">
    <w:abstractNumId w:val="5"/>
  </w:num>
  <w:num w:numId="4" w16cid:durableId="1943145016">
    <w:abstractNumId w:val="4"/>
  </w:num>
  <w:num w:numId="5" w16cid:durableId="122042679">
    <w:abstractNumId w:val="7"/>
  </w:num>
  <w:num w:numId="6" w16cid:durableId="683483286">
    <w:abstractNumId w:val="3"/>
  </w:num>
  <w:num w:numId="7" w16cid:durableId="2051757549">
    <w:abstractNumId w:val="2"/>
  </w:num>
  <w:num w:numId="8" w16cid:durableId="151798189">
    <w:abstractNumId w:val="1"/>
  </w:num>
  <w:num w:numId="9" w16cid:durableId="1236359088">
    <w:abstractNumId w:val="0"/>
  </w:num>
  <w:num w:numId="10" w16cid:durableId="923533375">
    <w:abstractNumId w:val="13"/>
  </w:num>
  <w:num w:numId="11" w16cid:durableId="932395308">
    <w:abstractNumId w:val="14"/>
  </w:num>
  <w:num w:numId="12" w16cid:durableId="1853060840">
    <w:abstractNumId w:val="16"/>
  </w:num>
  <w:num w:numId="13" w16cid:durableId="1952275925">
    <w:abstractNumId w:val="18"/>
  </w:num>
  <w:num w:numId="14" w16cid:durableId="1009867719">
    <w:abstractNumId w:val="9"/>
  </w:num>
  <w:num w:numId="15" w16cid:durableId="606230212">
    <w:abstractNumId w:val="21"/>
  </w:num>
  <w:num w:numId="16" w16cid:durableId="219441361">
    <w:abstractNumId w:val="12"/>
  </w:num>
  <w:num w:numId="17" w16cid:durableId="324480788">
    <w:abstractNumId w:val="17"/>
  </w:num>
  <w:num w:numId="18" w16cid:durableId="708996292">
    <w:abstractNumId w:val="15"/>
  </w:num>
  <w:num w:numId="19" w16cid:durableId="1927572310">
    <w:abstractNumId w:val="10"/>
  </w:num>
  <w:num w:numId="20" w16cid:durableId="1769429185">
    <w:abstractNumId w:val="20"/>
  </w:num>
  <w:num w:numId="21" w16cid:durableId="886138507">
    <w:abstractNumId w:val="19"/>
  </w:num>
  <w:num w:numId="22" w16cid:durableId="11836640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6A1"/>
    <w:rsid w:val="0006063C"/>
    <w:rsid w:val="000B7973"/>
    <w:rsid w:val="000E3BB2"/>
    <w:rsid w:val="00102496"/>
    <w:rsid w:val="00105CBC"/>
    <w:rsid w:val="00117C96"/>
    <w:rsid w:val="001266D5"/>
    <w:rsid w:val="0015074B"/>
    <w:rsid w:val="00166654"/>
    <w:rsid w:val="001728C8"/>
    <w:rsid w:val="001800F0"/>
    <w:rsid w:val="001814D2"/>
    <w:rsid w:val="001B7341"/>
    <w:rsid w:val="002207BB"/>
    <w:rsid w:val="002346E4"/>
    <w:rsid w:val="002517B8"/>
    <w:rsid w:val="00252229"/>
    <w:rsid w:val="0029639D"/>
    <w:rsid w:val="002C4A33"/>
    <w:rsid w:val="002F5486"/>
    <w:rsid w:val="003052A7"/>
    <w:rsid w:val="00326F90"/>
    <w:rsid w:val="00371660"/>
    <w:rsid w:val="003B52A7"/>
    <w:rsid w:val="003C4D21"/>
    <w:rsid w:val="003D52E0"/>
    <w:rsid w:val="003F1EE2"/>
    <w:rsid w:val="004C30C0"/>
    <w:rsid w:val="004C4133"/>
    <w:rsid w:val="004C47E6"/>
    <w:rsid w:val="004D5784"/>
    <w:rsid w:val="005043AA"/>
    <w:rsid w:val="00504D57"/>
    <w:rsid w:val="00535676"/>
    <w:rsid w:val="005536CE"/>
    <w:rsid w:val="00553B07"/>
    <w:rsid w:val="00573D95"/>
    <w:rsid w:val="005965C9"/>
    <w:rsid w:val="005B336C"/>
    <w:rsid w:val="005C3548"/>
    <w:rsid w:val="005D5031"/>
    <w:rsid w:val="005F14B4"/>
    <w:rsid w:val="00630C7D"/>
    <w:rsid w:val="00631CA7"/>
    <w:rsid w:val="00663128"/>
    <w:rsid w:val="006F64D2"/>
    <w:rsid w:val="00761B04"/>
    <w:rsid w:val="007628B9"/>
    <w:rsid w:val="0079563D"/>
    <w:rsid w:val="007A1642"/>
    <w:rsid w:val="007B164A"/>
    <w:rsid w:val="007E01F3"/>
    <w:rsid w:val="007E7A35"/>
    <w:rsid w:val="007F52AD"/>
    <w:rsid w:val="00802740"/>
    <w:rsid w:val="00815F1B"/>
    <w:rsid w:val="008F7F4D"/>
    <w:rsid w:val="00912F58"/>
    <w:rsid w:val="00951D73"/>
    <w:rsid w:val="009567C1"/>
    <w:rsid w:val="00967F08"/>
    <w:rsid w:val="009E1E4B"/>
    <w:rsid w:val="009F3AE3"/>
    <w:rsid w:val="00A84D99"/>
    <w:rsid w:val="00AA1D8D"/>
    <w:rsid w:val="00AA5214"/>
    <w:rsid w:val="00AD54CC"/>
    <w:rsid w:val="00B23A3B"/>
    <w:rsid w:val="00B47730"/>
    <w:rsid w:val="00B531F6"/>
    <w:rsid w:val="00B6776F"/>
    <w:rsid w:val="00BE5278"/>
    <w:rsid w:val="00BF7F15"/>
    <w:rsid w:val="00C04152"/>
    <w:rsid w:val="00C51922"/>
    <w:rsid w:val="00C64D84"/>
    <w:rsid w:val="00C95E35"/>
    <w:rsid w:val="00CB0664"/>
    <w:rsid w:val="00CB5637"/>
    <w:rsid w:val="00CD12B9"/>
    <w:rsid w:val="00CD382F"/>
    <w:rsid w:val="00CE187A"/>
    <w:rsid w:val="00CE5086"/>
    <w:rsid w:val="00CE791F"/>
    <w:rsid w:val="00D03A5E"/>
    <w:rsid w:val="00D75B14"/>
    <w:rsid w:val="00DA754E"/>
    <w:rsid w:val="00DD4448"/>
    <w:rsid w:val="00DE7B42"/>
    <w:rsid w:val="00DF6D11"/>
    <w:rsid w:val="00E13B10"/>
    <w:rsid w:val="00E3676B"/>
    <w:rsid w:val="00E40248"/>
    <w:rsid w:val="00E45E2B"/>
    <w:rsid w:val="00E46991"/>
    <w:rsid w:val="00E76B55"/>
    <w:rsid w:val="00E9363D"/>
    <w:rsid w:val="00E95ABB"/>
    <w:rsid w:val="00EC72F2"/>
    <w:rsid w:val="00ED33F4"/>
    <w:rsid w:val="00ED4AE9"/>
    <w:rsid w:val="00ED55B8"/>
    <w:rsid w:val="00EF3F0E"/>
    <w:rsid w:val="00F1438D"/>
    <w:rsid w:val="00F26771"/>
    <w:rsid w:val="00F27C14"/>
    <w:rsid w:val="00F85714"/>
    <w:rsid w:val="00FC693F"/>
    <w:rsid w:val="00FD660E"/>
    <w:rsid w:val="00FE13E2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5FDD2"/>
  <w14:defaultImageDpi w14:val="300"/>
  <w15:docId w15:val="{61E69E14-2043-4966-AA62-2C8CA1C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8C8"/>
    <w:pPr>
      <w:spacing w:after="40" w:line="240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B52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4C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4C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4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517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F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0E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F3F0E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2255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Natalia Hofanowska</cp:lastModifiedBy>
  <cp:revision>2</cp:revision>
  <dcterms:created xsi:type="dcterms:W3CDTF">2026-09-09T13:28:00Z</dcterms:created>
  <dcterms:modified xsi:type="dcterms:W3CDTF">2026-09-09T13:28:00Z</dcterms:modified>
  <cp:category/>
</cp:coreProperties>
</file>